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00A05" w14:textId="4BD2DE3F" w:rsidR="00D77B46" w:rsidRDefault="000D5D03" w:rsidP="00F417E2">
      <w:pPr>
        <w:autoSpaceDE w:val="0"/>
        <w:autoSpaceDN w:val="0"/>
        <w:spacing w:after="12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D5D03"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 wp14:anchorId="2C7A90C1" wp14:editId="7C62736D">
            <wp:extent cx="6312808" cy="9144000"/>
            <wp:effectExtent l="0" t="0" r="0" b="0"/>
            <wp:docPr id="1" name="Рисунок 1" descr="C:\Users\Анна Валерьевна\Desktop\ООП\РП ИТ 5 класс 202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Валерьевна\Desktop\ООП\РП ИТ 5 класс 2022 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b="10983"/>
                    <a:stretch/>
                  </pic:blipFill>
                  <pic:spPr bwMode="auto">
                    <a:xfrm>
                      <a:off x="0" y="0"/>
                      <a:ext cx="6319409" cy="91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E33"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3D39B563" w14:textId="51A9B0EA" w:rsidR="001D1129" w:rsidRPr="001D1129" w:rsidRDefault="001D1129" w:rsidP="00F417E2">
      <w:pPr>
        <w:autoSpaceDE w:val="0"/>
        <w:autoSpaceDN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 xml:space="preserve">абочая программа даёт представление о целях, общей стратегии обучения, </w:t>
      </w:r>
      <w:proofErr w:type="gramStart"/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>воспитания и развития</w:t>
      </w:r>
      <w:proofErr w:type="gramEnd"/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обучающихся средствами учебного предмета «Информатика» в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CD629D">
        <w:rPr>
          <w:rFonts w:ascii="Times New Roman" w:eastAsia="Times New Roman" w:hAnsi="Times New Roman"/>
          <w:color w:val="000000"/>
          <w:sz w:val="24"/>
          <w:lang w:val="ru-RU"/>
        </w:rPr>
        <w:t>5</w:t>
      </w:r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е</w:t>
      </w:r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 xml:space="preserve">; устанавливает предметное содержание, предусматривает его структурирование по разделам и темам курса; даёт распределение учебных часов по тематическим разделам курса и последовательность их изучения с учётом </w:t>
      </w:r>
      <w:proofErr w:type="spellStart"/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>внутрипредметных</w:t>
      </w:r>
      <w:proofErr w:type="spellEnd"/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связей, логики учебного процесса, возрастных особенностей обучающихся.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 xml:space="preserve">абочая программа определяет количественные и качественные характеристики учебного материала для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второго</w:t>
      </w:r>
      <w:r w:rsidRPr="001D1129">
        <w:rPr>
          <w:rFonts w:ascii="Times New Roman" w:eastAsia="Times New Roman" w:hAnsi="Times New Roman"/>
          <w:color w:val="000000"/>
          <w:sz w:val="24"/>
          <w:lang w:val="ru-RU"/>
        </w:rPr>
        <w:t xml:space="preserve">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</w:t>
      </w:r>
    </w:p>
    <w:p w14:paraId="209B1E68" w14:textId="31E870BC" w:rsidR="001A434F" w:rsidRPr="00512007" w:rsidRDefault="00B61E33" w:rsidP="00F417E2">
      <w:pPr>
        <w:autoSpaceDE w:val="0"/>
        <w:autoSpaceDN w:val="0"/>
        <w:spacing w:before="120" w:after="12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«ИНФОРМАТИКА»</w:t>
      </w:r>
    </w:p>
    <w:p w14:paraId="79EA45CF" w14:textId="75B1EBC4" w:rsidR="001A434F" w:rsidRPr="00055855" w:rsidRDefault="00055855" w:rsidP="00055855">
      <w:pPr>
        <w:pStyle w:val="ae"/>
        <w:numPr>
          <w:ilvl w:val="0"/>
          <w:numId w:val="10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5585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ряда </w:t>
      </w:r>
      <w:proofErr w:type="spellStart"/>
      <w:r w:rsidRPr="00055855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055855">
        <w:rPr>
          <w:rFonts w:ascii="Times New Roman" w:eastAsia="Times New Roman" w:hAnsi="Times New Roman"/>
          <w:color w:val="000000"/>
          <w:sz w:val="24"/>
          <w:lang w:val="ru-RU"/>
        </w:rPr>
        <w:t xml:space="preserve"> понятий, в том числе понятий «объект», «система», «модель», «алгоритм» и др., как необходимого условия для успешного продолжения учебно-познавательной деятельности и основы научного мировоззрения</w:t>
      </w:r>
      <w:r w:rsidR="00B61E33" w:rsidRPr="00055855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7A750601" w14:textId="0B547AE6" w:rsidR="00055855" w:rsidRPr="00055855" w:rsidRDefault="00055855" w:rsidP="00055855">
      <w:pPr>
        <w:pStyle w:val="ae"/>
        <w:numPr>
          <w:ilvl w:val="0"/>
          <w:numId w:val="10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55855">
        <w:rPr>
          <w:rFonts w:ascii="Times New Roman" w:eastAsia="Times New Roman" w:hAnsi="Times New Roman"/>
          <w:color w:val="000000"/>
          <w:sz w:val="24"/>
          <w:lang w:val="ru-RU"/>
        </w:rPr>
        <w:t>формирование алгоритмического стиля мышления как необходимого условия профессиональной деятельности в современном высокотехнологичном обществе;</w:t>
      </w:r>
    </w:p>
    <w:p w14:paraId="1E446309" w14:textId="77777777" w:rsidR="00055855" w:rsidRPr="00055855" w:rsidRDefault="00055855" w:rsidP="00055855">
      <w:pPr>
        <w:pStyle w:val="ae"/>
        <w:numPr>
          <w:ilvl w:val="0"/>
          <w:numId w:val="10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55855">
        <w:rPr>
          <w:rFonts w:ascii="Times New Roman" w:eastAsia="Times New Roman" w:hAnsi="Times New Roman"/>
          <w:color w:val="000000"/>
          <w:sz w:val="24"/>
          <w:lang w:val="ru-RU"/>
        </w:rPr>
        <w:t>формирование необходимых для успешной жизни в меняющемся мире универсальных учебных действий (универсальных компетентностей) на основе средств и методов информатики и информационных технологий, в том числе овладение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её результаты;</w:t>
      </w:r>
    </w:p>
    <w:p w14:paraId="18CEE4CC" w14:textId="1DB11650" w:rsidR="001A434F" w:rsidRPr="00055855" w:rsidRDefault="00055855" w:rsidP="00055855">
      <w:pPr>
        <w:pStyle w:val="ae"/>
        <w:numPr>
          <w:ilvl w:val="0"/>
          <w:numId w:val="10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55855">
        <w:rPr>
          <w:rFonts w:ascii="Times New Roman" w:eastAsia="Times New Roman" w:hAnsi="Times New Roman"/>
          <w:color w:val="000000"/>
          <w:sz w:val="24"/>
          <w:lang w:val="ru-RU"/>
        </w:rPr>
        <w:t>формирование цифровых навыков, в том числе ключевых компетенций цифровой экономики, таких, как базовое программирование, основы работы с данными, коммуникация в современных цифровых средах, информационная безопасность; воспитание ответственного и избирательного отношения к информации</w:t>
      </w:r>
      <w:r w:rsidR="00B61E33" w:rsidRPr="00055855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</w:p>
    <w:p w14:paraId="542C158A" w14:textId="77777777" w:rsidR="001A434F" w:rsidRPr="00512007" w:rsidRDefault="00B61E33" w:rsidP="00F417E2">
      <w:pPr>
        <w:autoSpaceDE w:val="0"/>
        <w:autoSpaceDN w:val="0"/>
        <w:spacing w:before="120" w:after="12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«ИНФОРМАТИКА».</w:t>
      </w:r>
    </w:p>
    <w:p w14:paraId="3A432826" w14:textId="77777777" w:rsidR="001A434F" w:rsidRPr="00512007" w:rsidRDefault="00B61E33" w:rsidP="00F417E2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Учебный предмет «Информатика» в основном общем образовании отражает:</w:t>
      </w:r>
    </w:p>
    <w:p w14:paraId="3D680B8D" w14:textId="6F19F296" w:rsidR="001A434F" w:rsidRPr="005D77D8" w:rsidRDefault="00B61E33" w:rsidP="005D77D8">
      <w:pPr>
        <w:pStyle w:val="ae"/>
        <w:numPr>
          <w:ilvl w:val="0"/>
          <w:numId w:val="13"/>
        </w:numPr>
        <w:autoSpaceDE w:val="0"/>
        <w:autoSpaceDN w:val="0"/>
        <w:spacing w:after="0"/>
        <w:jc w:val="both"/>
        <w:rPr>
          <w:lang w:val="ru-RU"/>
        </w:rPr>
      </w:pPr>
      <w:r w:rsidRPr="005D77D8">
        <w:rPr>
          <w:rFonts w:ascii="Times New Roman" w:eastAsia="Times New Roman" w:hAnsi="Times New Roman"/>
          <w:color w:val="000000"/>
          <w:sz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5B900094" w14:textId="329D462A" w:rsidR="001A434F" w:rsidRPr="005D77D8" w:rsidRDefault="00B61E33" w:rsidP="005D77D8">
      <w:pPr>
        <w:pStyle w:val="ae"/>
        <w:numPr>
          <w:ilvl w:val="0"/>
          <w:numId w:val="13"/>
        </w:numPr>
        <w:autoSpaceDE w:val="0"/>
        <w:autoSpaceDN w:val="0"/>
        <w:spacing w:after="0"/>
        <w:jc w:val="both"/>
        <w:rPr>
          <w:lang w:val="ru-RU"/>
        </w:rPr>
      </w:pPr>
      <w:r w:rsidRPr="005D77D8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основные области применения информатики, прежде всего информационные технологии, управление и социальную сферу; </w:t>
      </w:r>
      <w:bookmarkStart w:id="0" w:name="_GoBack"/>
      <w:bookmarkEnd w:id="0"/>
    </w:p>
    <w:p w14:paraId="3E731E3C" w14:textId="5958E8EE" w:rsidR="001A434F" w:rsidRPr="005D77D8" w:rsidRDefault="00B61E33" w:rsidP="005D77D8">
      <w:pPr>
        <w:pStyle w:val="ae"/>
        <w:numPr>
          <w:ilvl w:val="0"/>
          <w:numId w:val="13"/>
        </w:numPr>
        <w:autoSpaceDE w:val="0"/>
        <w:autoSpaceDN w:val="0"/>
        <w:spacing w:after="0"/>
        <w:jc w:val="both"/>
        <w:rPr>
          <w:lang w:val="ru-RU"/>
        </w:rPr>
      </w:pPr>
      <w:r w:rsidRPr="005D77D8">
        <w:rPr>
          <w:rFonts w:ascii="Times New Roman" w:eastAsia="Times New Roman" w:hAnsi="Times New Roman"/>
          <w:color w:val="000000"/>
          <w:sz w:val="24"/>
          <w:lang w:val="ru-RU"/>
        </w:rPr>
        <w:t>междисциплинарный характер информатики и информационной деятельности.</w:t>
      </w:r>
    </w:p>
    <w:p w14:paraId="7EEAF2AD" w14:textId="7FD7D58A" w:rsidR="001A434F" w:rsidRPr="00512007" w:rsidRDefault="00B61E33" w:rsidP="00F417E2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>Современная школьная информатика оказывает существенное влияние на формирование мировоззрения школьника,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</w:t>
      </w:r>
      <w:r w:rsidR="00F417E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т. е. ориентированы на формирование </w:t>
      </w:r>
      <w:proofErr w:type="spellStart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 и личностных результатов обучения.</w:t>
      </w:r>
    </w:p>
    <w:p w14:paraId="092AA149" w14:textId="77777777" w:rsidR="00055855" w:rsidRPr="00055855" w:rsidRDefault="00055855" w:rsidP="00055855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55855">
        <w:rPr>
          <w:rFonts w:ascii="Times New Roman" w:eastAsia="Times New Roman" w:hAnsi="Times New Roman"/>
          <w:b/>
          <w:color w:val="000000"/>
          <w:sz w:val="24"/>
          <w:lang w:val="ru-RU"/>
        </w:rPr>
        <w:t>Учебный предмет «Информатика» в основном общем образовании интегрирует в себе:</w:t>
      </w:r>
    </w:p>
    <w:p w14:paraId="25B1F6E1" w14:textId="5DB22181" w:rsidR="00055855" w:rsidRPr="005D77D8" w:rsidRDefault="00055855" w:rsidP="005D77D8">
      <w:pPr>
        <w:pStyle w:val="ae"/>
        <w:numPr>
          <w:ilvl w:val="0"/>
          <w:numId w:val="11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lastRenderedPageBreak/>
        <w:t>цифровую грамотность, приоритетно формируемую на ранних этапах обучения, как в рамках отдельного предмета, так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и в процессе информационной деятельности при освоении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всех без исключения учебных предметов;</w:t>
      </w:r>
    </w:p>
    <w:p w14:paraId="0C5E539F" w14:textId="2444DDC1" w:rsidR="00055855" w:rsidRPr="005D77D8" w:rsidRDefault="00055855" w:rsidP="005D77D8">
      <w:pPr>
        <w:pStyle w:val="ae"/>
        <w:numPr>
          <w:ilvl w:val="0"/>
          <w:numId w:val="11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теоретические основы компьютерных наук, включая основы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теоретической информатики и практического программирования, изложение которых осуществляется в соответствии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с принципом дидактической спирали: вначале (в младших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классах) осуществляется общее знакомство обучающихся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с предметом изучения, предполагающее учёт имеющегося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у них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опыта; затем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последующее развитие и обогащение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предмета изучения, создающее предпосылки для научного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обобщения в старших классах;</w:t>
      </w:r>
    </w:p>
    <w:p w14:paraId="04CB1DFA" w14:textId="5E1917DE" w:rsidR="005D77D8" w:rsidRPr="005D77D8" w:rsidRDefault="00055855" w:rsidP="005D77D8">
      <w:pPr>
        <w:pStyle w:val="ae"/>
        <w:numPr>
          <w:ilvl w:val="0"/>
          <w:numId w:val="11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информационные технологии как необходимый инструмент</w:t>
      </w:r>
      <w:r w:rsidR="005D77D8"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практически любой деятельности и одного из наиболее значимых технологических достижений современной цивилизации</w:t>
      </w:r>
    </w:p>
    <w:p w14:paraId="02DCC483" w14:textId="5D3CE932" w:rsidR="001A434F" w:rsidRPr="00512007" w:rsidRDefault="00B61E33" w:rsidP="00055855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информатики на уровне основного общего образования</w:t>
      </w: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определяют структуру основного содержания учебного предмета в виде следующих четырёх тематических разделов:</w:t>
      </w:r>
    </w:p>
    <w:p w14:paraId="6A6B7F8C" w14:textId="2B208DBF" w:rsidR="001A434F" w:rsidRPr="005D77D8" w:rsidRDefault="00B61E33" w:rsidP="005D77D8">
      <w:pPr>
        <w:pStyle w:val="ae"/>
        <w:numPr>
          <w:ilvl w:val="0"/>
          <w:numId w:val="12"/>
        </w:numPr>
        <w:autoSpaceDE w:val="0"/>
        <w:autoSpaceDN w:val="0"/>
        <w:spacing w:after="0"/>
        <w:jc w:val="both"/>
        <w:rPr>
          <w:lang w:val="ru-RU"/>
        </w:rPr>
      </w:pPr>
      <w:r w:rsidRPr="005D77D8">
        <w:rPr>
          <w:rFonts w:ascii="Times New Roman" w:eastAsia="Times New Roman" w:hAnsi="Times New Roman"/>
          <w:color w:val="000000"/>
          <w:sz w:val="24"/>
          <w:lang w:val="ru-RU"/>
        </w:rPr>
        <w:t>цифровая грамотность;</w:t>
      </w:r>
    </w:p>
    <w:p w14:paraId="39091346" w14:textId="33F89574" w:rsidR="001A434F" w:rsidRPr="005D77D8" w:rsidRDefault="00B61E33" w:rsidP="005D77D8">
      <w:pPr>
        <w:pStyle w:val="ae"/>
        <w:numPr>
          <w:ilvl w:val="0"/>
          <w:numId w:val="12"/>
        </w:numPr>
        <w:autoSpaceDE w:val="0"/>
        <w:autoSpaceDN w:val="0"/>
        <w:spacing w:after="0"/>
        <w:jc w:val="both"/>
        <w:rPr>
          <w:lang w:val="ru-RU"/>
        </w:rPr>
      </w:pPr>
      <w:r w:rsidRPr="005D77D8">
        <w:rPr>
          <w:rFonts w:ascii="Times New Roman" w:eastAsia="Times New Roman" w:hAnsi="Times New Roman"/>
          <w:color w:val="000000"/>
          <w:sz w:val="24"/>
          <w:lang w:val="ru-RU"/>
        </w:rPr>
        <w:t>теоретические основы информатики;</w:t>
      </w:r>
    </w:p>
    <w:p w14:paraId="2C35471D" w14:textId="3D77B320" w:rsidR="001A434F" w:rsidRPr="005D77D8" w:rsidRDefault="00B61E33" w:rsidP="005D77D8">
      <w:pPr>
        <w:pStyle w:val="ae"/>
        <w:numPr>
          <w:ilvl w:val="0"/>
          <w:numId w:val="12"/>
        </w:numPr>
        <w:autoSpaceDE w:val="0"/>
        <w:autoSpaceDN w:val="0"/>
        <w:spacing w:after="0"/>
        <w:jc w:val="both"/>
        <w:rPr>
          <w:lang w:val="ru-RU"/>
        </w:rPr>
      </w:pPr>
      <w:r w:rsidRPr="005D77D8">
        <w:rPr>
          <w:rFonts w:ascii="Times New Roman" w:eastAsia="Times New Roman" w:hAnsi="Times New Roman"/>
          <w:color w:val="000000"/>
          <w:sz w:val="24"/>
          <w:lang w:val="ru-RU"/>
        </w:rPr>
        <w:t>алгоритмы и программирование;</w:t>
      </w:r>
    </w:p>
    <w:p w14:paraId="12F5DF7B" w14:textId="015CA518" w:rsidR="001A434F" w:rsidRPr="005D77D8" w:rsidRDefault="00B61E33" w:rsidP="005D77D8">
      <w:pPr>
        <w:pStyle w:val="ae"/>
        <w:numPr>
          <w:ilvl w:val="0"/>
          <w:numId w:val="12"/>
        </w:numPr>
        <w:autoSpaceDE w:val="0"/>
        <w:autoSpaceDN w:val="0"/>
        <w:spacing w:after="0"/>
        <w:jc w:val="both"/>
        <w:rPr>
          <w:lang w:val="ru-RU"/>
        </w:rPr>
      </w:pPr>
      <w:r w:rsidRPr="005D77D8">
        <w:rPr>
          <w:rFonts w:ascii="Times New Roman" w:eastAsia="Times New Roman" w:hAnsi="Times New Roman"/>
          <w:color w:val="000000"/>
          <w:sz w:val="24"/>
          <w:lang w:val="ru-RU"/>
        </w:rPr>
        <w:t>информационные технологии.</w:t>
      </w:r>
    </w:p>
    <w:p w14:paraId="7D8B3125" w14:textId="77777777" w:rsidR="001A434F" w:rsidRPr="00512007" w:rsidRDefault="00B61E33" w:rsidP="00F417E2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«ИНФОРМАТИКА» В УЧЕБНОМ ПЛАНЕ.</w:t>
      </w:r>
    </w:p>
    <w:p w14:paraId="522F8AB3" w14:textId="056008A3" w:rsidR="005D77D8" w:rsidRPr="005D77D8" w:rsidRDefault="005D77D8" w:rsidP="005D77D8">
      <w:pPr>
        <w:pStyle w:val="ae"/>
        <w:autoSpaceDE w:val="0"/>
        <w:autoSpaceDN w:val="0"/>
        <w:spacing w:after="0"/>
        <w:ind w:left="0" w:firstLine="720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Обязательная часть учебного плана примерной основной образовательной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программы основного общего образования не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предусматривает обязательное изучение курса информатики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в 5–6 классах. Время на данный курс образовательная организация может выделить за счёт части учебного плана, формируемой участниками образовательных отношений.</w:t>
      </w:r>
    </w:p>
    <w:p w14:paraId="13894630" w14:textId="502AFC21" w:rsidR="005D77D8" w:rsidRDefault="005D77D8" w:rsidP="005D77D8">
      <w:pPr>
        <w:pStyle w:val="ae"/>
        <w:autoSpaceDE w:val="0"/>
        <w:autoSpaceDN w:val="0"/>
        <w:spacing w:after="0"/>
        <w:ind w:left="0" w:firstLine="720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Учебным планом на изучение информатики в </w:t>
      </w:r>
      <w:r w:rsid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5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классе на базовом уровне отведено 34 учебных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5D77D8">
        <w:rPr>
          <w:rFonts w:ascii="Times New Roman" w:eastAsia="Times New Roman" w:hAnsi="Times New Roman"/>
          <w:bCs/>
          <w:color w:val="000000"/>
          <w:sz w:val="24"/>
          <w:lang w:val="ru-RU"/>
        </w:rPr>
        <w:t>часа — по 1 часу в неделю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>.</w:t>
      </w:r>
    </w:p>
    <w:p w14:paraId="2C22FEAA" w14:textId="77777777" w:rsidR="005D77D8" w:rsidRPr="005D77D8" w:rsidRDefault="005D77D8" w:rsidP="005D77D8">
      <w:pPr>
        <w:pStyle w:val="ae"/>
        <w:autoSpaceDE w:val="0"/>
        <w:autoSpaceDN w:val="0"/>
        <w:spacing w:after="0"/>
        <w:ind w:left="0" w:firstLine="720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</w:p>
    <w:p w14:paraId="4EEFBA28" w14:textId="77777777" w:rsidR="005D77D8" w:rsidRDefault="005D77D8" w:rsidP="005D77D8">
      <w:pPr>
        <w:pStyle w:val="ae"/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</w:p>
    <w:p w14:paraId="1B6FDD96" w14:textId="14565461" w:rsidR="005D77D8" w:rsidRPr="005D77D8" w:rsidRDefault="005D77D8" w:rsidP="005D77D8">
      <w:pPr>
        <w:pStyle w:val="ae"/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  <w:sectPr w:rsidR="005D77D8" w:rsidRPr="005D77D8" w:rsidSect="000D5D03">
          <w:pgSz w:w="11900" w:h="16840"/>
          <w:pgMar w:top="1134" w:right="850" w:bottom="1134" w:left="709" w:header="720" w:footer="720" w:gutter="0"/>
          <w:cols w:space="720"/>
          <w:docGrid w:linePitch="360"/>
        </w:sectPr>
      </w:pPr>
    </w:p>
    <w:p w14:paraId="37D7E966" w14:textId="5BA56E8C" w:rsidR="001A434F" w:rsidRPr="00512007" w:rsidRDefault="00B61E33" w:rsidP="00F417E2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СОДЕРЖАНИЕ УЧЕБНОГО ПРЕДМЕТА</w:t>
      </w:r>
      <w:r w:rsidR="009875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«ИНФОРМАТИКА»</w:t>
      </w:r>
    </w:p>
    <w:p w14:paraId="111DD5C2" w14:textId="77777777" w:rsidR="0098754F" w:rsidRPr="0098754F" w:rsidRDefault="0098754F" w:rsidP="0098754F">
      <w:pPr>
        <w:tabs>
          <w:tab w:val="left" w:pos="180"/>
        </w:tabs>
        <w:autoSpaceDE w:val="0"/>
        <w:autoSpaceDN w:val="0"/>
        <w:spacing w:before="120" w:after="12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98754F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Цифровая грамотность</w:t>
      </w:r>
    </w:p>
    <w:p w14:paraId="4D869DF6" w14:textId="77777777" w:rsidR="008700ED" w:rsidRP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Правила гигиены и безопасности при работе с компьютерами, мобильными устройствами и другими элементами цифрового окружения.</w:t>
      </w:r>
    </w:p>
    <w:p w14:paraId="2C843CA8" w14:textId="130AFCB5" w:rsidR="008700ED" w:rsidRP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Компьютер — универсальное вычислительное устройство, работающее по программе. Мобильные устройства. Основные компоненты персональных компьютеров и мобильных устройств.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Процессор. Оперативная и долговременная память. Устройства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ввода и вывода.</w:t>
      </w:r>
    </w:p>
    <w:p w14:paraId="71D9CB05" w14:textId="75FB470F" w:rsidR="008700ED" w:rsidRP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Программы для компьютеров. Пользователи и программисты. Прикладные программы (приложения), системное программное обеспечение (операционные системы). Запуск и завершение работы программы (приложения). Имя файла (папки,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каталога).</w:t>
      </w:r>
    </w:p>
    <w:p w14:paraId="3758D6CD" w14:textId="6E473D38" w:rsid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Сеть Интернет. Веб-страница, веб-сайт. Браузер. Поиск информации на веб-странице. Поисковые системы. Поиск информации, по ключевым словам, и по изображению. Достоверность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информации, полученной из Интернета.</w:t>
      </w:r>
    </w:p>
    <w:p w14:paraId="419DD0F1" w14:textId="18EC2BCB" w:rsid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Правила безопасного поведения в Интернете. Процесс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аутентификации. Виды аутентификации (аутентификация по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паролям, аутентификация с помощью SMS, биометрическая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аутентификация, аутентификация через географическое местоположение, многофакторная аутентификация). Пароли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для аккаунтов в социальных сетях. </w:t>
      </w:r>
      <w:proofErr w:type="spellStart"/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Кибербуллинг</w:t>
      </w:r>
      <w:proofErr w:type="spellEnd"/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.</w:t>
      </w:r>
    </w:p>
    <w:p w14:paraId="570E41FC" w14:textId="288641FA" w:rsidR="0098754F" w:rsidRPr="0098754F" w:rsidRDefault="0098754F" w:rsidP="008700ED">
      <w:pPr>
        <w:tabs>
          <w:tab w:val="left" w:pos="180"/>
        </w:tabs>
        <w:autoSpaceDE w:val="0"/>
        <w:autoSpaceDN w:val="0"/>
        <w:spacing w:before="120" w:after="12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98754F">
        <w:rPr>
          <w:rFonts w:ascii="Times New Roman" w:eastAsia="Times New Roman" w:hAnsi="Times New Roman"/>
          <w:b/>
          <w:color w:val="000000"/>
          <w:sz w:val="24"/>
          <w:lang w:val="ru-RU"/>
        </w:rPr>
        <w:t>Теоретические основы информатики</w:t>
      </w:r>
    </w:p>
    <w:p w14:paraId="49B50822" w14:textId="77777777" w:rsidR="008700ED" w:rsidRP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Информация в жизни человека. Способы восприятия информации человеком. Роль зрения в получении человеком информации. Компьютерное зрение.</w:t>
      </w:r>
    </w:p>
    <w:p w14:paraId="17C72487" w14:textId="61C2385A" w:rsidR="008700ED" w:rsidRP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Действия с информацией. Кодирование информации. Данные — записанная (зафиксированная) информация, которая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может быть обработана автоматизированной системой.</w:t>
      </w:r>
    </w:p>
    <w:p w14:paraId="378A43DF" w14:textId="77777777" w:rsid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Искусственный интеллект и его роль в жизни человека.</w:t>
      </w:r>
    </w:p>
    <w:p w14:paraId="67C69153" w14:textId="6945D85C" w:rsidR="0098754F" w:rsidRPr="0098754F" w:rsidRDefault="0098754F" w:rsidP="008700ED">
      <w:pPr>
        <w:tabs>
          <w:tab w:val="left" w:pos="180"/>
        </w:tabs>
        <w:autoSpaceDE w:val="0"/>
        <w:autoSpaceDN w:val="0"/>
        <w:spacing w:before="120" w:after="12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98754F">
        <w:rPr>
          <w:rFonts w:ascii="Times New Roman" w:eastAsia="Times New Roman" w:hAnsi="Times New Roman"/>
          <w:b/>
          <w:color w:val="000000"/>
          <w:sz w:val="24"/>
          <w:lang w:val="ru-RU"/>
        </w:rPr>
        <w:t>Алгоритмизация и основы программирования</w:t>
      </w:r>
    </w:p>
    <w:p w14:paraId="318ABA7F" w14:textId="77777777" w:rsidR="008700ED" w:rsidRP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Понятие алгоритма. Исполнители алгоритмов. Линейные алгоритмы. Циклические алгоритмы.</w:t>
      </w:r>
    </w:p>
    <w:p w14:paraId="00CB5580" w14:textId="159C3D6C" w:rsid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Составление программ для управления исполнителем в среде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блочного или текстового программирования.</w:t>
      </w:r>
    </w:p>
    <w:p w14:paraId="40F1B818" w14:textId="50A5B987" w:rsidR="0098754F" w:rsidRPr="0098754F" w:rsidRDefault="0098754F" w:rsidP="008700ED">
      <w:pPr>
        <w:tabs>
          <w:tab w:val="left" w:pos="180"/>
        </w:tabs>
        <w:autoSpaceDE w:val="0"/>
        <w:autoSpaceDN w:val="0"/>
        <w:spacing w:before="120" w:after="12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98754F">
        <w:rPr>
          <w:rFonts w:ascii="Times New Roman" w:eastAsia="Times New Roman" w:hAnsi="Times New Roman"/>
          <w:b/>
          <w:color w:val="000000"/>
          <w:sz w:val="24"/>
          <w:lang w:val="ru-RU"/>
        </w:rPr>
        <w:t>Информационные технологии</w:t>
      </w:r>
    </w:p>
    <w:p w14:paraId="175375D1" w14:textId="77777777" w:rsidR="008700ED" w:rsidRP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Графический редактор. Растровые рисунки. Пиксель. Использование графических примитивов. Операции с фрагментами изображения: выделение, копирование, поворот, отражение.</w:t>
      </w:r>
    </w:p>
    <w:p w14:paraId="77DB89FF" w14:textId="77777777" w:rsidR="008700ED" w:rsidRP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Текстовый редактор. Правила набора текста.</w:t>
      </w:r>
    </w:p>
    <w:p w14:paraId="67B11D15" w14:textId="5F90D7DE" w:rsidR="008700ED" w:rsidRPr="008700ED" w:rsidRDefault="008700ED" w:rsidP="008700ED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Текстовый процессор. Редактирование текста. Проверка правописания. Расстановка переносов. Свойства символов. Шрифт.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Типы шрифтов (рубленые, с засечками, </w:t>
      </w:r>
      <w:proofErr w:type="spellStart"/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моноширинные</w:t>
      </w:r>
      <w:proofErr w:type="spellEnd"/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). Полужирное и курсивное начертание. Свойства абзацев: границы,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абзацный отступ, интервал, выравнивание. Вставка изображений в текстовые документы. Обтекание изображений текстом.</w:t>
      </w:r>
    </w:p>
    <w:p w14:paraId="58189052" w14:textId="1FCACBF7" w:rsidR="0098754F" w:rsidRDefault="008700ED" w:rsidP="0098754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lang w:val="ru-RU"/>
        </w:rPr>
      </w:pP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Компьютерные презентации. Слайд. Добавление на слайд</w:t>
      </w:r>
      <w:r>
        <w:rPr>
          <w:rFonts w:ascii="Times New Roman" w:eastAsia="Times New Roman" w:hAnsi="Times New Roman"/>
          <w:bCs/>
          <w:color w:val="000000"/>
          <w:sz w:val="24"/>
          <w:lang w:val="ru-RU"/>
        </w:rPr>
        <w:t xml:space="preserve"> </w:t>
      </w:r>
      <w:r w:rsidRPr="008700ED">
        <w:rPr>
          <w:rFonts w:ascii="Times New Roman" w:eastAsia="Times New Roman" w:hAnsi="Times New Roman"/>
          <w:bCs/>
          <w:color w:val="000000"/>
          <w:sz w:val="24"/>
          <w:lang w:val="ru-RU"/>
        </w:rPr>
        <w:t>текста и изображений. Работа с несколькими слайдами</w:t>
      </w:r>
    </w:p>
    <w:p w14:paraId="7F8A2694" w14:textId="00E7CFB9" w:rsidR="0098754F" w:rsidRPr="00512007" w:rsidRDefault="0098754F" w:rsidP="0098754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lang w:val="ru-RU"/>
        </w:rPr>
        <w:sectPr w:rsidR="0098754F" w:rsidRPr="00512007" w:rsidSect="00F417E2">
          <w:pgSz w:w="11900" w:h="16840"/>
          <w:pgMar w:top="1134" w:right="850" w:bottom="1134" w:left="1701" w:header="720" w:footer="720" w:gutter="0"/>
          <w:cols w:space="720"/>
          <w:docGrid w:linePitch="360"/>
        </w:sectPr>
      </w:pPr>
    </w:p>
    <w:p w14:paraId="2C8EBB03" w14:textId="77777777" w:rsidR="001A434F" w:rsidRPr="00512007" w:rsidRDefault="00B61E33" w:rsidP="00F417E2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ПЛАНИРУЕМЫЕ ОБРАЗОВАТЕЛЬНЫЕ РЕЗУЛЬТАТЫ</w:t>
      </w:r>
    </w:p>
    <w:p w14:paraId="7AA91AF5" w14:textId="03D0799D" w:rsidR="001A434F" w:rsidRPr="00512007" w:rsidRDefault="00B61E33" w:rsidP="00F417E2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lang w:val="ru-RU"/>
        </w:rPr>
      </w:pPr>
      <w:r w:rsidRPr="00512007">
        <w:rPr>
          <w:lang w:val="ru-RU"/>
        </w:rPr>
        <w:tab/>
      </w: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информатики в </w:t>
      </w:r>
      <w:r w:rsidR="008700ED">
        <w:rPr>
          <w:rFonts w:ascii="Times New Roman" w:eastAsia="Times New Roman" w:hAnsi="Times New Roman"/>
          <w:color w:val="000000"/>
          <w:sz w:val="24"/>
          <w:lang w:val="ru-RU"/>
        </w:rPr>
        <w:t>5</w:t>
      </w: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направлено на достижение обучающимися личностных, </w:t>
      </w:r>
      <w:proofErr w:type="spellStart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14:paraId="447C2409" w14:textId="77777777" w:rsidR="001A434F" w:rsidRPr="00512007" w:rsidRDefault="00B61E33" w:rsidP="00FA743C">
      <w:pPr>
        <w:autoSpaceDE w:val="0"/>
        <w:autoSpaceDN w:val="0"/>
        <w:spacing w:before="120" w:after="12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5BBC919D" w14:textId="1A6045E3" w:rsidR="00CE4FAF" w:rsidRPr="00CE4FAF" w:rsidRDefault="00B61E33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512007">
        <w:rPr>
          <w:lang w:val="ru-RU"/>
        </w:rPr>
        <w:tab/>
      </w:r>
      <w:r w:rsidR="00CE4FAF" w:rsidRPr="00CE4FAF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имеют направленность на решение</w:t>
      </w:r>
      <w:r w:rsidR="00CE4FA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CE4FAF" w:rsidRPr="00CE4FAF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 воспитания, </w:t>
      </w:r>
      <w:proofErr w:type="gramStart"/>
      <w:r w:rsidR="00CE4FAF" w:rsidRPr="00CE4FAF">
        <w:rPr>
          <w:rFonts w:ascii="Times New Roman" w:eastAsia="Times New Roman" w:hAnsi="Times New Roman"/>
          <w:color w:val="000000"/>
          <w:sz w:val="24"/>
          <w:lang w:val="ru-RU"/>
        </w:rPr>
        <w:t>развития и социализации</w:t>
      </w:r>
      <w:proofErr w:type="gramEnd"/>
      <w:r w:rsidR="00CE4FAF" w:rsidRPr="00CE4FAF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обучающихся</w:t>
      </w:r>
      <w:r w:rsidR="00CE4FA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CE4FAF" w:rsidRPr="00CE4FAF">
        <w:rPr>
          <w:rFonts w:ascii="Times New Roman" w:eastAsia="Times New Roman" w:hAnsi="Times New Roman"/>
          <w:color w:val="000000"/>
          <w:sz w:val="24"/>
          <w:lang w:val="ru-RU"/>
        </w:rPr>
        <w:t>средствами предмета.</w:t>
      </w:r>
    </w:p>
    <w:p w14:paraId="6C2B2B3E" w14:textId="77777777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Патриотическое воспитание:</w:t>
      </w:r>
    </w:p>
    <w:p w14:paraId="4F26E95A" w14:textId="30AEF6A2" w:rsidR="00CE4FAF" w:rsidRPr="00CE4FAF" w:rsidRDefault="00CE4FAF" w:rsidP="00CE4FAF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color w:val="000000"/>
          <w:sz w:val="24"/>
          <w:lang w:val="ru-RU"/>
        </w:rPr>
        <w:t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заинтересованность в научных знаниях о цифровой трансформации</w:t>
      </w:r>
    </w:p>
    <w:p w14:paraId="22D2F70A" w14:textId="77777777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color w:val="000000"/>
          <w:sz w:val="24"/>
          <w:lang w:val="ru-RU"/>
        </w:rPr>
        <w:t>современного общества.</w:t>
      </w:r>
    </w:p>
    <w:p w14:paraId="125C1034" w14:textId="77777777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Духовно-нравственное воспитание:</w:t>
      </w:r>
    </w:p>
    <w:p w14:paraId="538DC073" w14:textId="11D64F90" w:rsidR="00CE4FAF" w:rsidRPr="00CE4FAF" w:rsidRDefault="00CE4FAF" w:rsidP="00CE4FAF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color w:val="000000"/>
          <w:sz w:val="24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</w:p>
    <w:p w14:paraId="001CDF83" w14:textId="77777777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Гражданское воспитание:</w:t>
      </w:r>
    </w:p>
    <w:p w14:paraId="7285D032" w14:textId="3F72D84A" w:rsidR="00CE4FAF" w:rsidRPr="00FA743C" w:rsidRDefault="00CE4FAF" w:rsidP="00FA743C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сообществах; соблюдение правил безопасности, в том числе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навыков безопасного поведения в интернет-среде; ориентация на совместную деятельность при выполнении учебных,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познавательных задач, создании учебных проектов; стремление к взаимопониманию и взаимопомощи в процессе этой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учебной деятельности; стремление оценивать своё поведение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и поступки своих товарищей с позиции нравственных и правовых норм с учётом осознания последствий поступков.</w:t>
      </w:r>
    </w:p>
    <w:p w14:paraId="1290FD96" w14:textId="77777777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Ценности научного познания:</w:t>
      </w:r>
    </w:p>
    <w:p w14:paraId="26D8B8FD" w14:textId="3AB07541" w:rsidR="00CE4FAF" w:rsidRPr="00FA743C" w:rsidRDefault="00CE4FAF" w:rsidP="00FA743C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наличие представлений об информации, информационных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процессах и информационных технологиях, соответствующих современному уровню развития науки и общественной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практики; интерес к обучению и познанию; любознательность; стремление к самообразованию;</w:t>
      </w:r>
    </w:p>
    <w:p w14:paraId="4CBDEFBC" w14:textId="563C15E2" w:rsidR="00CE4FAF" w:rsidRPr="00FA743C" w:rsidRDefault="00CE4FAF" w:rsidP="00FA743C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овладение начальными навыками исследовательской деятельности, установка на осмысление опыта, наблюдений, поступков и стремление совершенствовать пути достижения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индивидуального и коллективного благополучия;</w:t>
      </w:r>
    </w:p>
    <w:p w14:paraId="3B83547E" w14:textId="550A43D5" w:rsidR="00CE4FAF" w:rsidRPr="00FA743C" w:rsidRDefault="00CE4FAF" w:rsidP="00FA743C">
      <w:pPr>
        <w:pStyle w:val="ae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наличие базовых навыков самостоятельной работы с учебными текстами, справочной литературой, разнообразными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средствами информационных технологий, а также умения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определять цели своего обучения, ставить и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формулировать для себя новые задачи в учёбе и познавательной деятельности, развивать мотивы и интересы своей познавательной деятельности.</w:t>
      </w:r>
    </w:p>
    <w:p w14:paraId="384D32E0" w14:textId="77777777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Формирование культуры здоровья:</w:t>
      </w:r>
    </w:p>
    <w:p w14:paraId="631BDF32" w14:textId="661588AD" w:rsidR="00CE4FAF" w:rsidRPr="00FA743C" w:rsidRDefault="00CE4FAF" w:rsidP="00FA743C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установка на здоровый образ жизни, в том числе и за счёт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освоения и соблюдения требований безопасной эксплуатации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средств ИКТ.</w:t>
      </w:r>
    </w:p>
    <w:p w14:paraId="3F4E6425" w14:textId="77777777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Трудовое воспитание:</w:t>
      </w:r>
    </w:p>
    <w:p w14:paraId="5BD73452" w14:textId="0E09B66E" w:rsidR="00CE4FAF" w:rsidRPr="00FA743C" w:rsidRDefault="00CE4FAF" w:rsidP="00FA743C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интерес к практическому изучению профессий в сферах профессиональной деятельности, связанных с информатикой,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программированием и информационными технологиями, основанных на достижениях науки информатики и научно-технического прогресса.</w:t>
      </w:r>
    </w:p>
    <w:p w14:paraId="69FF035B" w14:textId="77777777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Экологическое воспитание:</w:t>
      </w:r>
    </w:p>
    <w:p w14:paraId="7730A487" w14:textId="5504EFE2" w:rsidR="00CE4FAF" w:rsidRPr="00FA743C" w:rsidRDefault="00CE4FAF" w:rsidP="00FA743C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наличие представлений о глобальном характере экологических проблем и путей их решения, в том числе с учётом возможностей ИКТ.</w:t>
      </w:r>
    </w:p>
    <w:p w14:paraId="2024D385" w14:textId="77777777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Адаптация обучающегося к изменяющимся условиям социальной среды:</w:t>
      </w:r>
    </w:p>
    <w:p w14:paraId="286B5C1C" w14:textId="2CD3DB08" w:rsidR="00CE4FAF" w:rsidRPr="00FA743C" w:rsidRDefault="00CE4FAF" w:rsidP="00FA743C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в</w:t>
      </w:r>
      <w:r w:rsidR="00FA743C" w:rsidRP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A743C">
        <w:rPr>
          <w:rFonts w:ascii="Times New Roman" w:eastAsia="Times New Roman" w:hAnsi="Times New Roman"/>
          <w:color w:val="000000"/>
          <w:sz w:val="24"/>
          <w:lang w:val="ru-RU"/>
        </w:rPr>
        <w:t>виртуальном пространстве.</w:t>
      </w:r>
    </w:p>
    <w:p w14:paraId="39B95B64" w14:textId="23D2F2E1" w:rsidR="00CE4FAF" w:rsidRPr="00FA743C" w:rsidRDefault="00CE4FAF" w:rsidP="00FA743C">
      <w:pPr>
        <w:autoSpaceDE w:val="0"/>
        <w:autoSpaceDN w:val="0"/>
        <w:spacing w:before="120" w:after="12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2238FC00" w14:textId="5975DADF" w:rsidR="00CE4FAF" w:rsidRPr="00CE4FAF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proofErr w:type="spellStart"/>
      <w:r w:rsidRPr="00CE4FAF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CE4FAF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образовательной программы по информатике отражают овладение универсальными</w:t>
      </w:r>
      <w:r w:rsidR="00FA743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E4FAF">
        <w:rPr>
          <w:rFonts w:ascii="Times New Roman" w:eastAsia="Times New Roman" w:hAnsi="Times New Roman"/>
          <w:color w:val="000000"/>
          <w:sz w:val="24"/>
          <w:lang w:val="ru-RU"/>
        </w:rPr>
        <w:t>учебными действиями — познавательными, коммуникативными, регулятивными.</w:t>
      </w:r>
    </w:p>
    <w:p w14:paraId="7F283E33" w14:textId="77777777" w:rsidR="00CE4FAF" w:rsidRPr="00FA743C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b/>
          <w:bCs/>
          <w:color w:val="000000"/>
          <w:sz w:val="24"/>
          <w:lang w:val="ru-RU"/>
        </w:rPr>
        <w:t>Универсальные познавательные действия</w:t>
      </w:r>
    </w:p>
    <w:p w14:paraId="45E71F31" w14:textId="77777777" w:rsidR="00CE4FAF" w:rsidRPr="00FA743C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Базовые логические действия:</w:t>
      </w:r>
    </w:p>
    <w:p w14:paraId="6C2D62D9" w14:textId="77777777" w:rsidR="00FA743C" w:rsidRPr="00AF42F6" w:rsidRDefault="00CE4FAF" w:rsidP="00AF42F6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</w:t>
      </w:r>
      <w:r w:rsidR="00FA743C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рассуждения, делать умозаключения (индуктивные, дедуктивные и по аналогии) и выводы;</w:t>
      </w:r>
    </w:p>
    <w:p w14:paraId="22F7151B" w14:textId="77777777" w:rsidR="00FA743C" w:rsidRPr="00AF42F6" w:rsidRDefault="00CE4FAF" w:rsidP="00AF42F6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умение создавать, применять и преобразовывать знаки и</w:t>
      </w:r>
      <w:r w:rsidR="00FA743C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символы, модели и схемы для решения учебных и познавательных задач;</w:t>
      </w:r>
    </w:p>
    <w:p w14:paraId="20166EC6" w14:textId="097E43E3" w:rsidR="00CE4FAF" w:rsidRPr="00AF42F6" w:rsidRDefault="00CE4FAF" w:rsidP="00AF42F6">
      <w:pPr>
        <w:pStyle w:val="ae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учебной задачи</w:t>
      </w:r>
      <w:r w:rsidR="00FA743C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(сравнивать несколько вариантов решения, выбирать наиболее</w:t>
      </w:r>
      <w:r w:rsidR="00FA743C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подходящий с учётом самостоятельно выделенных критериев).</w:t>
      </w:r>
    </w:p>
    <w:p w14:paraId="17A46B71" w14:textId="77777777" w:rsidR="00CE4FAF" w:rsidRPr="00FA743C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Базовые исследовательские действия:</w:t>
      </w:r>
    </w:p>
    <w:p w14:paraId="19BA7970" w14:textId="33E7ACC8" w:rsidR="00CE4FAF" w:rsidRPr="00AF42F6" w:rsidRDefault="00CE4FAF" w:rsidP="00AF42F6">
      <w:pPr>
        <w:pStyle w:val="ae"/>
        <w:numPr>
          <w:ilvl w:val="0"/>
          <w:numId w:val="16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21D177AF" w14:textId="71F3245E" w:rsidR="00CE4FAF" w:rsidRPr="00AF42F6" w:rsidRDefault="00CE4FAF" w:rsidP="00AF42F6">
      <w:pPr>
        <w:pStyle w:val="ae"/>
        <w:numPr>
          <w:ilvl w:val="0"/>
          <w:numId w:val="16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оценивать применимость и достоверность информации, полученной в ходе исследования;</w:t>
      </w:r>
    </w:p>
    <w:p w14:paraId="7C3A830F" w14:textId="76EEA8B8" w:rsidR="00CE4FAF" w:rsidRPr="00AF42F6" w:rsidRDefault="00AF42F6" w:rsidP="00AF42F6">
      <w:pPr>
        <w:pStyle w:val="ae"/>
        <w:numPr>
          <w:ilvl w:val="0"/>
          <w:numId w:val="16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r w:rsidR="00CE4FAF" w:rsidRPr="00AF42F6">
        <w:rPr>
          <w:rFonts w:ascii="Times New Roman" w:eastAsia="Times New Roman" w:hAnsi="Times New Roman"/>
          <w:color w:val="000000"/>
          <w:sz w:val="24"/>
          <w:lang w:val="ru-RU"/>
        </w:rPr>
        <w:t>рогнозировать возможное дальнейшее развитие процессов,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CE4FAF" w:rsidRPr="00AF42F6">
        <w:rPr>
          <w:rFonts w:ascii="Times New Roman" w:eastAsia="Times New Roman" w:hAnsi="Times New Roman"/>
          <w:color w:val="000000"/>
          <w:sz w:val="24"/>
          <w:lang w:val="ru-RU"/>
        </w:rPr>
        <w:t>событий и их последствия в аналогичных или сходных ситуациях, а также выдвигать предположения об их развитии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CE4FAF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r w:rsidR="00CE4FAF" w:rsidRPr="00AF42F6">
        <w:rPr>
          <w:rFonts w:ascii="Times New Roman" w:eastAsia="Times New Roman" w:hAnsi="Times New Roman"/>
          <w:color w:val="000000"/>
          <w:sz w:val="24"/>
          <w:lang w:val="ru-RU"/>
        </w:rPr>
        <w:t>овых условиях и контекстах.</w:t>
      </w:r>
    </w:p>
    <w:p w14:paraId="6BC2C916" w14:textId="77777777" w:rsidR="00CE4FAF" w:rsidRPr="00FA743C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FA743C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Работа с информацией:</w:t>
      </w:r>
    </w:p>
    <w:p w14:paraId="6B039836" w14:textId="77777777" w:rsidR="00AF42F6" w:rsidRPr="00AF42F6" w:rsidRDefault="00CE4FAF" w:rsidP="00AF42F6">
      <w:pPr>
        <w:pStyle w:val="ae"/>
        <w:numPr>
          <w:ilvl w:val="0"/>
          <w:numId w:val="17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выявлять дефицит информации, данных, необходимых для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решения поставленной задачи;</w:t>
      </w:r>
    </w:p>
    <w:p w14:paraId="1486196A" w14:textId="77777777" w:rsidR="00AF42F6" w:rsidRPr="00AF42F6" w:rsidRDefault="00CE4FAF" w:rsidP="00AF42F6">
      <w:pPr>
        <w:pStyle w:val="ae"/>
        <w:numPr>
          <w:ilvl w:val="0"/>
          <w:numId w:val="17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применять основные методы и инструменты при поиске и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отборе информации из источников с учётом предложенной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учебной задачи и заданных критериев;</w:t>
      </w:r>
    </w:p>
    <w:p w14:paraId="2031B916" w14:textId="77777777" w:rsidR="00AF42F6" w:rsidRPr="00AF42F6" w:rsidRDefault="00CE4FAF" w:rsidP="00AF42F6">
      <w:pPr>
        <w:pStyle w:val="ae"/>
        <w:numPr>
          <w:ilvl w:val="0"/>
          <w:numId w:val="17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92DFB8C" w14:textId="77777777" w:rsidR="00AF42F6" w:rsidRPr="00AF42F6" w:rsidRDefault="00CE4FAF" w:rsidP="00AF42F6">
      <w:pPr>
        <w:pStyle w:val="ae"/>
        <w:numPr>
          <w:ilvl w:val="0"/>
          <w:numId w:val="17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выбирать оптимальную форму представления информации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и иллюстрировать решаемые задачи несложными схемами,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диаграммами, иными графическими объектами и их комбинациями;</w:t>
      </w:r>
    </w:p>
    <w:p w14:paraId="50CE972E" w14:textId="77777777" w:rsidR="00AF42F6" w:rsidRPr="00AF42F6" w:rsidRDefault="00CE4FAF" w:rsidP="00AF42F6">
      <w:pPr>
        <w:pStyle w:val="ae"/>
        <w:numPr>
          <w:ilvl w:val="0"/>
          <w:numId w:val="17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оценивать достоверность информации по критериям, предложенным учителем или сформулированным самостоятельно;</w:t>
      </w:r>
    </w:p>
    <w:p w14:paraId="050118D1" w14:textId="77777777" w:rsidR="00AF42F6" w:rsidRPr="00AF42F6" w:rsidRDefault="00CE4FAF" w:rsidP="00AF42F6">
      <w:pPr>
        <w:pStyle w:val="ae"/>
        <w:numPr>
          <w:ilvl w:val="0"/>
          <w:numId w:val="17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запоминать и систематизировать информацию.</w:t>
      </w:r>
    </w:p>
    <w:p w14:paraId="0971D1F5" w14:textId="019D2780" w:rsidR="00CE4FAF" w:rsidRPr="00AF42F6" w:rsidRDefault="00CE4FAF" w:rsidP="00AF42F6">
      <w:p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bCs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b/>
          <w:bCs/>
          <w:color w:val="000000"/>
          <w:sz w:val="24"/>
          <w:lang w:val="ru-RU"/>
        </w:rPr>
        <w:t>Универсальные коммуникативные действия</w:t>
      </w:r>
    </w:p>
    <w:p w14:paraId="6E904E7C" w14:textId="77777777" w:rsidR="00CE4FAF" w:rsidRPr="00AF42F6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Общение:</w:t>
      </w:r>
    </w:p>
    <w:p w14:paraId="7FB66A90" w14:textId="77777777" w:rsidR="00AF42F6" w:rsidRPr="00AF42F6" w:rsidRDefault="00CE4FAF" w:rsidP="00AF42F6">
      <w:pPr>
        <w:pStyle w:val="ae"/>
        <w:numPr>
          <w:ilvl w:val="0"/>
          <w:numId w:val="18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7860C7A" w14:textId="77777777" w:rsidR="00AF42F6" w:rsidRPr="00AF42F6" w:rsidRDefault="00AF42F6" w:rsidP="00AF42F6">
      <w:pPr>
        <w:pStyle w:val="ae"/>
        <w:numPr>
          <w:ilvl w:val="0"/>
          <w:numId w:val="18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r w:rsidR="00CE4FAF" w:rsidRPr="00AF42F6">
        <w:rPr>
          <w:rFonts w:ascii="Times New Roman" w:eastAsia="Times New Roman" w:hAnsi="Times New Roman"/>
          <w:color w:val="000000"/>
          <w:sz w:val="24"/>
          <w:lang w:val="ru-RU"/>
        </w:rPr>
        <w:t>ублично представлять результаты выполненного опыта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CE4FAF" w:rsidRPr="00AF42F6">
        <w:rPr>
          <w:rFonts w:ascii="Times New Roman" w:eastAsia="Times New Roman" w:hAnsi="Times New Roman"/>
          <w:color w:val="000000"/>
          <w:sz w:val="24"/>
          <w:lang w:val="ru-RU"/>
        </w:rPr>
        <w:t>(эксперимента, исследования, проекта);</w:t>
      </w:r>
    </w:p>
    <w:p w14:paraId="48B9C68A" w14:textId="797DFE74" w:rsidR="00CE4FAF" w:rsidRPr="00AF42F6" w:rsidRDefault="00CE4FAF" w:rsidP="00AF42F6">
      <w:pPr>
        <w:pStyle w:val="ae"/>
        <w:numPr>
          <w:ilvl w:val="0"/>
          <w:numId w:val="18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выбирать формат выступления с учётом задач презентации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и особенностей аудитории и в соответствии с ним составлять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устные и письменные тексты с использованием иллюстративных материалов.</w:t>
      </w:r>
    </w:p>
    <w:p w14:paraId="1A0264DA" w14:textId="77777777" w:rsidR="00CE4FAF" w:rsidRPr="00AF42F6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Совместная деятельность (сотрудничество):</w:t>
      </w:r>
    </w:p>
    <w:p w14:paraId="6A273F07" w14:textId="77777777" w:rsidR="00AF42F6" w:rsidRPr="00AF42F6" w:rsidRDefault="00CE4FAF" w:rsidP="00AF42F6">
      <w:pPr>
        <w:pStyle w:val="ae"/>
        <w:numPr>
          <w:ilvl w:val="0"/>
          <w:numId w:val="19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понимать и использовать преимущества командной и индивидуальной работы при решении конкретной проблемы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в том числе при создании информационного продукта;</w:t>
      </w:r>
    </w:p>
    <w:p w14:paraId="7A2C67AA" w14:textId="77777777" w:rsidR="00AF42F6" w:rsidRPr="00AF42F6" w:rsidRDefault="00CE4FAF" w:rsidP="00AF42F6">
      <w:pPr>
        <w:pStyle w:val="ae"/>
        <w:numPr>
          <w:ilvl w:val="0"/>
          <w:numId w:val="19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принимать цель совместной информационной деятельности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по сбору, обработке, передаче, формализации информации;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коллективно строить действия по её достижению: распределять роли, договариваться, обсуждать процесс и результат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совместной работы;</w:t>
      </w:r>
    </w:p>
    <w:p w14:paraId="6A32DA86" w14:textId="77777777" w:rsidR="00AF42F6" w:rsidRPr="00AF42F6" w:rsidRDefault="00CE4FAF" w:rsidP="00AF42F6">
      <w:pPr>
        <w:pStyle w:val="ae"/>
        <w:numPr>
          <w:ilvl w:val="0"/>
          <w:numId w:val="19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выполнять свою часть работы с информацией или информационным продуктом, достигая качественного результата по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своему направлению и координируя свои действия с другими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членами команды;</w:t>
      </w:r>
    </w:p>
    <w:p w14:paraId="16ADBB2B" w14:textId="77777777" w:rsidR="00AF42F6" w:rsidRPr="00AF42F6" w:rsidRDefault="00CE4FAF" w:rsidP="00AF42F6">
      <w:pPr>
        <w:pStyle w:val="ae"/>
        <w:numPr>
          <w:ilvl w:val="0"/>
          <w:numId w:val="19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оценивать качество своего вклада в общий информационный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продукт по критериям, самостоятельно сформулированным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участниками взаимодействия;</w:t>
      </w:r>
    </w:p>
    <w:p w14:paraId="6F1A5F49" w14:textId="0774340E" w:rsidR="00CE4FAF" w:rsidRPr="00AF42F6" w:rsidRDefault="00CE4FAF" w:rsidP="00AF42F6">
      <w:pPr>
        <w:pStyle w:val="ae"/>
        <w:numPr>
          <w:ilvl w:val="0"/>
          <w:numId w:val="19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сравнивать результаты с исходной задачей и вклад каждого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члена команды в достижение результатов, разделять сферу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ответственности и проявлять готовность к предоставлению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отчёта перед группой.</w:t>
      </w:r>
    </w:p>
    <w:p w14:paraId="61C66B41" w14:textId="77777777" w:rsidR="00CE4FAF" w:rsidRPr="00AF42F6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b/>
          <w:bCs/>
          <w:color w:val="000000"/>
          <w:sz w:val="24"/>
          <w:lang w:val="ru-RU"/>
        </w:rPr>
        <w:t>Универсальные регулятивные действия</w:t>
      </w:r>
    </w:p>
    <w:p w14:paraId="140D80A5" w14:textId="77777777" w:rsidR="00CE4FAF" w:rsidRPr="00AF42F6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Самоорганизация:</w:t>
      </w:r>
    </w:p>
    <w:p w14:paraId="650D0039" w14:textId="694CFDA8" w:rsidR="00CE4FAF" w:rsidRPr="00AF42F6" w:rsidRDefault="00CE4FAF" w:rsidP="00AF42F6">
      <w:pPr>
        <w:pStyle w:val="ae"/>
        <w:numPr>
          <w:ilvl w:val="0"/>
          <w:numId w:val="20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выявлять в жизненных и учебных ситуациях проблемы, требующие решения;</w:t>
      </w:r>
    </w:p>
    <w:p w14:paraId="1D09A431" w14:textId="77777777" w:rsidR="00AF42F6" w:rsidRPr="00AF42F6" w:rsidRDefault="00CE4FAF" w:rsidP="00AF42F6">
      <w:pPr>
        <w:pStyle w:val="ae"/>
        <w:numPr>
          <w:ilvl w:val="0"/>
          <w:numId w:val="20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составлять алгоритм решения задачи (или его часть), выбирать способ решения учебной задачи с учётом имеющихся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ресурсов и собственных возможностей, аргументировать выбор варианта решения задачи;</w:t>
      </w:r>
    </w:p>
    <w:p w14:paraId="3DFB59AC" w14:textId="333C863B" w:rsidR="00CE4FAF" w:rsidRPr="00AF42F6" w:rsidRDefault="00CE4FAF" w:rsidP="00AF42F6">
      <w:pPr>
        <w:pStyle w:val="ae"/>
        <w:numPr>
          <w:ilvl w:val="0"/>
          <w:numId w:val="20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 учётом получения новых знаний об изучаемом объекте.</w:t>
      </w:r>
    </w:p>
    <w:p w14:paraId="6EABEE94" w14:textId="77777777" w:rsidR="00CE4FAF" w:rsidRPr="00AF42F6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Самоконтроль (рефлексия):</w:t>
      </w:r>
    </w:p>
    <w:p w14:paraId="63A4420E" w14:textId="77777777" w:rsidR="00AF42F6" w:rsidRPr="00AF42F6" w:rsidRDefault="00CE4FAF" w:rsidP="00AF42F6">
      <w:pPr>
        <w:pStyle w:val="ae"/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способами самоконтроля, </w:t>
      </w:r>
      <w:proofErr w:type="spellStart"/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</w:t>
      </w:r>
    </w:p>
    <w:p w14:paraId="0C9B5644" w14:textId="77777777" w:rsidR="00AF42F6" w:rsidRPr="00AF42F6" w:rsidRDefault="00CE4FAF" w:rsidP="00AF42F6">
      <w:pPr>
        <w:pStyle w:val="ae"/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учитывать контекст и предвидеть трудности, которые могут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возникнуть при решении учебной задачи, адаптировать решение к меня</w:t>
      </w:r>
      <w:r w:rsidRPr="00AC7C5F">
        <w:rPr>
          <w:rFonts w:ascii="Times New Roman" w:eastAsia="Times New Roman" w:hAnsi="Times New Roman"/>
          <w:color w:val="000000"/>
          <w:sz w:val="24"/>
          <w:lang w:val="ru-RU"/>
        </w:rPr>
        <w:t>ющ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имся обстоятельствам;</w:t>
      </w:r>
    </w:p>
    <w:p w14:paraId="7024E019" w14:textId="77777777" w:rsidR="00AF42F6" w:rsidRPr="00AF42F6" w:rsidRDefault="00CE4FAF" w:rsidP="00AF42F6">
      <w:pPr>
        <w:pStyle w:val="ae"/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вносить коррективы в деятельность на основе новых обстоятельств, изменившихся ситуаций, установленных ошибок,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возникших трудностей;</w:t>
      </w:r>
    </w:p>
    <w:p w14:paraId="0FBD1F37" w14:textId="3BB6D562" w:rsidR="00CE4FAF" w:rsidRPr="00CE4FAF" w:rsidRDefault="00CE4FAF" w:rsidP="00AF42F6">
      <w:p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CE4FAF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условиям.</w:t>
      </w:r>
    </w:p>
    <w:p w14:paraId="65632BB0" w14:textId="77777777" w:rsidR="00CE4FAF" w:rsidRPr="00AF42F6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Эмоциональный интеллект:</w:t>
      </w:r>
    </w:p>
    <w:p w14:paraId="348FB888" w14:textId="14B71309" w:rsidR="00CE4FAF" w:rsidRPr="00AF42F6" w:rsidRDefault="00CE4FAF" w:rsidP="00AF42F6">
      <w:pPr>
        <w:pStyle w:val="ae"/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и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намерения другого.</w:t>
      </w:r>
    </w:p>
    <w:p w14:paraId="08A7022A" w14:textId="77777777" w:rsidR="00CE4FAF" w:rsidRPr="00AF42F6" w:rsidRDefault="00CE4FAF" w:rsidP="00CE4FAF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</w:pPr>
      <w:r w:rsidRPr="00AF42F6">
        <w:rPr>
          <w:rFonts w:ascii="Times New Roman" w:eastAsia="Times New Roman" w:hAnsi="Times New Roman"/>
          <w:b/>
          <w:bCs/>
          <w:i/>
          <w:iCs/>
          <w:color w:val="000000"/>
          <w:sz w:val="24"/>
          <w:lang w:val="ru-RU"/>
        </w:rPr>
        <w:t>Принятие себя и других:</w:t>
      </w:r>
    </w:p>
    <w:p w14:paraId="31A12B60" w14:textId="2946AD64" w:rsidR="001A434F" w:rsidRPr="00AF42F6" w:rsidRDefault="00CE4FAF" w:rsidP="00AF42F6">
      <w:pPr>
        <w:pStyle w:val="ae"/>
        <w:numPr>
          <w:ilvl w:val="0"/>
          <w:numId w:val="21"/>
        </w:numPr>
        <w:tabs>
          <w:tab w:val="left" w:pos="180"/>
        </w:tabs>
        <w:autoSpaceDE w:val="0"/>
        <w:autoSpaceDN w:val="0"/>
        <w:spacing w:after="0"/>
        <w:jc w:val="both"/>
        <w:rPr>
          <w:lang w:val="ru-RU"/>
        </w:rPr>
      </w:pP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 даже</w:t>
      </w:r>
      <w:r w:rsidR="00AF42F6" w:rsidRPr="00AF42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F42F6">
        <w:rPr>
          <w:rFonts w:ascii="Times New Roman" w:eastAsia="Times New Roman" w:hAnsi="Times New Roman"/>
          <w:color w:val="000000"/>
          <w:sz w:val="24"/>
          <w:lang w:val="ru-RU"/>
        </w:rPr>
        <w:t>в условиях открытого доступа к любым объёмам информации.</w:t>
      </w:r>
    </w:p>
    <w:p w14:paraId="5906F655" w14:textId="77777777" w:rsidR="00CE4FAF" w:rsidRDefault="00CE4FAF" w:rsidP="00F417E2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7F41085" w14:textId="2AE973A9" w:rsidR="001A434F" w:rsidRPr="00512007" w:rsidRDefault="00B61E33" w:rsidP="00F417E2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25A7CF7F" w14:textId="5C3EF526" w:rsidR="00AF42F6" w:rsidRDefault="00131067" w:rsidP="00131067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31067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обязательного предметного содержания, установленного данной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31067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рабочей программой, отражают </w:t>
      </w:r>
      <w:proofErr w:type="spellStart"/>
      <w:r w:rsidRPr="00131067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131067">
        <w:rPr>
          <w:rFonts w:ascii="Times New Roman" w:eastAsia="Times New Roman" w:hAnsi="Times New Roman"/>
          <w:color w:val="000000"/>
          <w:sz w:val="24"/>
          <w:lang w:val="ru-RU"/>
        </w:rPr>
        <w:t xml:space="preserve"> у обучающихся умений:</w:t>
      </w:r>
    </w:p>
    <w:p w14:paraId="64652BC2" w14:textId="77777777" w:rsidR="008700ED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гигиены и безопасности при работе с компьютером и другими элементами цифрового окружения; иметь представление о правилах безопасного поведения в Интернете;</w:t>
      </w:r>
    </w:p>
    <w:p w14:paraId="34989F06" w14:textId="77777777" w:rsidR="008700ED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называть основные компоненты персональных компьютеров и мобильных устройств, объяснять их назначение;</w:t>
      </w:r>
    </w:p>
    <w:p w14:paraId="77057CF6" w14:textId="77777777" w:rsidR="008700ED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понимать содержание понятий «программное обеспечение», «операционная система», «файл»;</w:t>
      </w:r>
    </w:p>
    <w:p w14:paraId="7A19550D" w14:textId="743BCC87" w:rsidR="008700ED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искать информацию в Интернете (в том числе, по ключевым словам, по изображению); критически относиться к найденной информации, осознавая опасность для личности и общества распространения вредоносной информации;</w:t>
      </w:r>
    </w:p>
    <w:p w14:paraId="774B337A" w14:textId="77777777" w:rsidR="008700ED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запускать прикладные программы (приложения) и завершать их работу;</w:t>
      </w:r>
    </w:p>
    <w:p w14:paraId="1E3333C1" w14:textId="77777777" w:rsidR="008700ED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пояснять на примерах смысл понятий «алгоритм», «исполнитель», «программа управления исполнителем», «искусственный интеллект»;</w:t>
      </w:r>
    </w:p>
    <w:p w14:paraId="403B5FA5" w14:textId="77777777" w:rsidR="008700ED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циклов;</w:t>
      </w:r>
    </w:p>
    <w:p w14:paraId="75E776CF" w14:textId="77777777" w:rsidR="008700ED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создавать, редактировать, форматировать и сохранять текстовые документы; знать правила набора текстов; использовать автоматическую проверку правописания; устанавливать свойства отдельных символов, слов и абзацев; иллюстрировать документы с помощью изображений;</w:t>
      </w:r>
    </w:p>
    <w:p w14:paraId="20CA5E9D" w14:textId="77777777" w:rsidR="008700ED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создавать и редактировать растровые изображения; использовать инструменты графического редактора для выполнения операций с фрагментами изображения;</w:t>
      </w:r>
    </w:p>
    <w:p w14:paraId="1D3DD350" w14:textId="0C07C2D7" w:rsidR="001A434F" w:rsidRPr="008700ED" w:rsidRDefault="008700ED" w:rsidP="008700ED">
      <w:pPr>
        <w:pStyle w:val="ae"/>
        <w:numPr>
          <w:ilvl w:val="0"/>
          <w:numId w:val="25"/>
        </w:numPr>
        <w:autoSpaceDE w:val="0"/>
        <w:autoSpaceDN w:val="0"/>
        <w:spacing w:after="0"/>
        <w:jc w:val="both"/>
        <w:rPr>
          <w:lang w:val="ru-RU"/>
        </w:rPr>
      </w:pPr>
      <w:r w:rsidRPr="008700ED">
        <w:rPr>
          <w:rFonts w:ascii="Times New Roman" w:eastAsia="Times New Roman" w:hAnsi="Times New Roman"/>
          <w:color w:val="000000"/>
          <w:sz w:val="24"/>
          <w:lang w:val="ru-RU"/>
        </w:rPr>
        <w:t>создавать компьютерные презентации, включающие текстовую и графическую информацию</w:t>
      </w:r>
      <w:r w:rsidR="00B61E33" w:rsidRPr="008700E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67E06E64" w14:textId="77777777" w:rsidR="001A434F" w:rsidRPr="00512007" w:rsidRDefault="001A434F" w:rsidP="00512007">
      <w:pPr>
        <w:spacing w:after="0"/>
        <w:rPr>
          <w:lang w:val="ru-RU"/>
        </w:rPr>
        <w:sectPr w:rsidR="001A434F" w:rsidRPr="00512007" w:rsidSect="00F417E2">
          <w:pgSz w:w="11900" w:h="16840"/>
          <w:pgMar w:top="1134" w:right="850" w:bottom="1134" w:left="1701" w:header="720" w:footer="720" w:gutter="0"/>
          <w:cols w:space="720"/>
          <w:docGrid w:linePitch="360"/>
        </w:sectPr>
      </w:pPr>
    </w:p>
    <w:p w14:paraId="27F7D35D" w14:textId="77777777" w:rsidR="001A434F" w:rsidRPr="00512007" w:rsidRDefault="001A434F" w:rsidP="00512007">
      <w:pPr>
        <w:autoSpaceDE w:val="0"/>
        <w:autoSpaceDN w:val="0"/>
        <w:spacing w:after="0" w:line="220" w:lineRule="exact"/>
        <w:rPr>
          <w:lang w:val="ru-RU"/>
        </w:rPr>
      </w:pPr>
    </w:p>
    <w:p w14:paraId="697452E0" w14:textId="77777777" w:rsidR="001A434F" w:rsidRDefault="00B61E33" w:rsidP="00512007">
      <w:pPr>
        <w:autoSpaceDE w:val="0"/>
        <w:autoSpaceDN w:val="0"/>
        <w:spacing w:after="0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15428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155"/>
        <w:gridCol w:w="546"/>
        <w:gridCol w:w="1086"/>
        <w:gridCol w:w="1142"/>
        <w:gridCol w:w="7552"/>
        <w:gridCol w:w="2551"/>
      </w:tblGrid>
      <w:tr w:rsidR="008A6CFE" w:rsidRPr="00AC7C5F" w14:paraId="3EDC3B50" w14:textId="77777777" w:rsidTr="009806ED"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C4F24" w14:textId="77777777" w:rsidR="008A6CFE" w:rsidRPr="00AC7C5F" w:rsidRDefault="008A6CFE" w:rsidP="00AC7C5F">
            <w:pPr>
              <w:autoSpaceDE w:val="0"/>
              <w:autoSpaceDN w:val="0"/>
              <w:spacing w:after="0" w:line="245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№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br/>
              <w:t>п/п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4E3E8" w14:textId="77777777" w:rsidR="008A6CFE" w:rsidRPr="00AC7C5F" w:rsidRDefault="008A6CFE" w:rsidP="008A6CFE">
            <w:pPr>
              <w:autoSpaceDE w:val="0"/>
              <w:autoSpaceDN w:val="0"/>
              <w:spacing w:after="0" w:line="245" w:lineRule="auto"/>
              <w:ind w:left="3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80E3B" w14:textId="77777777" w:rsidR="008A6CFE" w:rsidRPr="00AC7C5F" w:rsidRDefault="008A6CFE" w:rsidP="008A6CFE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Количество часов</w:t>
            </w:r>
          </w:p>
        </w:tc>
        <w:tc>
          <w:tcPr>
            <w:tcW w:w="7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7F745" w14:textId="77777777" w:rsidR="008A6CFE" w:rsidRPr="00AC7C5F" w:rsidRDefault="008A6CFE" w:rsidP="008A6CFE">
            <w:pPr>
              <w:autoSpaceDE w:val="0"/>
              <w:autoSpaceDN w:val="0"/>
              <w:spacing w:after="0" w:line="230" w:lineRule="auto"/>
              <w:ind w:left="162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Виды деятельности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A60A8D" w14:textId="5D500F5D" w:rsidR="008A6CFE" w:rsidRPr="00AC7C5F" w:rsidRDefault="008A6CFE" w:rsidP="008A6CFE">
            <w:pPr>
              <w:autoSpaceDE w:val="0"/>
              <w:autoSpaceDN w:val="0"/>
              <w:spacing w:after="0" w:line="247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Виды, формы контроля</w:t>
            </w:r>
          </w:p>
        </w:tc>
      </w:tr>
      <w:tr w:rsidR="008A6CFE" w:rsidRPr="00AC7C5F" w14:paraId="65E049C1" w14:textId="77777777" w:rsidTr="009806ED"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DC3A37" w14:textId="77777777" w:rsidR="008A6CFE" w:rsidRPr="00AC7C5F" w:rsidRDefault="008A6CFE" w:rsidP="00AC7C5F">
            <w:pPr>
              <w:spacing w:after="0"/>
              <w:ind w:left="-1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155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8B214C4" w14:textId="77777777" w:rsidR="008A6CFE" w:rsidRPr="00AC7C5F" w:rsidRDefault="008A6CFE" w:rsidP="008A6CFE">
            <w:pPr>
              <w:spacing w:after="0"/>
              <w:ind w:left="3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D3734E" w14:textId="77777777" w:rsidR="008A6CFE" w:rsidRPr="00AC7C5F" w:rsidRDefault="008A6CFE" w:rsidP="008A6CFE">
            <w:pPr>
              <w:autoSpaceDE w:val="0"/>
              <w:autoSpaceDN w:val="0"/>
              <w:spacing w:after="0" w:line="230" w:lineRule="auto"/>
              <w:ind w:left="-304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всего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026409" w14:textId="4692D772" w:rsidR="008A6CFE" w:rsidRDefault="008A6CFE" w:rsidP="008A6CFE">
            <w:pPr>
              <w:autoSpaceDE w:val="0"/>
              <w:autoSpaceDN w:val="0"/>
              <w:spacing w:after="0" w:line="245" w:lineRule="auto"/>
              <w:ind w:left="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Контроль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  <w:p w14:paraId="04FB317C" w14:textId="224AE7B8" w:rsidR="008A6CFE" w:rsidRPr="00AC7C5F" w:rsidRDefault="008A6CFE" w:rsidP="008A6CFE">
            <w:pPr>
              <w:autoSpaceDE w:val="0"/>
              <w:autoSpaceDN w:val="0"/>
              <w:spacing w:after="0" w:line="245" w:lineRule="auto"/>
              <w:ind w:left="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ные</w:t>
            </w:r>
            <w:proofErr w:type="spellEnd"/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CE69C" w14:textId="77777777" w:rsidR="008A6CFE" w:rsidRDefault="008A6CFE" w:rsidP="008A6CFE">
            <w:pPr>
              <w:autoSpaceDE w:val="0"/>
              <w:autoSpaceDN w:val="0"/>
              <w:spacing w:after="0" w:line="245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Практичес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  <w:p w14:paraId="33A613BA" w14:textId="7638BCB8" w:rsidR="008A6CFE" w:rsidRPr="00AC7C5F" w:rsidRDefault="008A6CFE" w:rsidP="008A6CFE">
            <w:pPr>
              <w:autoSpaceDE w:val="0"/>
              <w:autoSpaceDN w:val="0"/>
              <w:spacing w:after="0" w:line="245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кие работы</w:t>
            </w:r>
          </w:p>
        </w:tc>
        <w:tc>
          <w:tcPr>
            <w:tcW w:w="7552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AF19008" w14:textId="77777777" w:rsidR="008A6CFE" w:rsidRPr="00AC7C5F" w:rsidRDefault="008A6CFE" w:rsidP="008A6CFE">
            <w:pPr>
              <w:spacing w:after="0"/>
              <w:ind w:left="162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02F5D89" w14:textId="77777777" w:rsidR="008A6CFE" w:rsidRPr="00AC7C5F" w:rsidRDefault="008A6CFE" w:rsidP="008A6CFE">
            <w:pPr>
              <w:spacing w:after="0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8A6CFE" w:rsidRPr="00AC7C5F" w14:paraId="3ACA7413" w14:textId="77777777" w:rsidTr="003503E7">
        <w:tc>
          <w:tcPr>
            <w:tcW w:w="15428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F2684" w14:textId="7D97E00A" w:rsidR="008A6CFE" w:rsidRPr="00AC7C5F" w:rsidRDefault="008A6CFE" w:rsidP="008A6CFE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Раздел 1. Цифровая грамотность</w:t>
            </w:r>
          </w:p>
        </w:tc>
      </w:tr>
      <w:tr w:rsidR="008A6CFE" w:rsidRPr="00AC7C5F" w14:paraId="29445790" w14:textId="77777777" w:rsidTr="009806ED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D3D3AC" w14:textId="77777777" w:rsidR="008A6CFE" w:rsidRPr="00AC7C5F" w:rsidRDefault="008A6CFE" w:rsidP="00AC7C5F">
            <w:pPr>
              <w:autoSpaceDE w:val="0"/>
              <w:autoSpaceDN w:val="0"/>
              <w:spacing w:after="0" w:line="233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1.1.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6C2DFF" w14:textId="4B647D85" w:rsidR="008A6CFE" w:rsidRPr="00AC7C5F" w:rsidRDefault="003503E7" w:rsidP="003503E7">
            <w:pPr>
              <w:autoSpaceDE w:val="0"/>
              <w:autoSpaceDN w:val="0"/>
              <w:spacing w:after="0" w:line="233" w:lineRule="auto"/>
              <w:ind w:left="36" w:right="161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Компьютер — универсальное вычислительное устройство, работающее по программе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D788A" w14:textId="46ACDD60" w:rsidR="008A6CFE" w:rsidRPr="00AC7C5F" w:rsidRDefault="003503E7" w:rsidP="008A6CFE">
            <w:pPr>
              <w:autoSpaceDE w:val="0"/>
              <w:autoSpaceDN w:val="0"/>
              <w:spacing w:after="0" w:line="233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7604FF" w14:textId="72F0DBC9" w:rsidR="008A6CFE" w:rsidRPr="00AC7C5F" w:rsidRDefault="00032131" w:rsidP="008A6CFE">
            <w:pPr>
              <w:autoSpaceDE w:val="0"/>
              <w:autoSpaceDN w:val="0"/>
              <w:spacing w:after="0" w:line="233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A93AF" w14:textId="0FD5719C" w:rsidR="008A6CFE" w:rsidRPr="00AC7C5F" w:rsidRDefault="00032131" w:rsidP="008A6CFE">
            <w:pPr>
              <w:autoSpaceDE w:val="0"/>
              <w:autoSpaceDN w:val="0"/>
              <w:spacing w:after="0" w:line="233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7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83150" w14:textId="5BF62F13" w:rsidR="003503E7" w:rsidRDefault="003503E7" w:rsidP="00D730B5">
            <w:pPr>
              <w:autoSpaceDE w:val="0"/>
              <w:autoSpaceDN w:val="0"/>
              <w:spacing w:after="0" w:line="254" w:lineRule="auto"/>
              <w:ind w:left="162" w:right="112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Приводить примеры ситуаций правильного и неправильного поведения в компьютерном классе, соблюдения и несоблюдения гигиенических требований при работе с компьютерами.</w:t>
            </w:r>
          </w:p>
          <w:p w14:paraId="7D6D0F70" w14:textId="77777777" w:rsidR="003503E7" w:rsidRDefault="003503E7" w:rsidP="00D730B5">
            <w:pPr>
              <w:autoSpaceDE w:val="0"/>
              <w:autoSpaceDN w:val="0"/>
              <w:spacing w:after="0" w:line="254" w:lineRule="auto"/>
              <w:ind w:left="162" w:right="112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Называть основные компоненты персональных компьютеров и мобильных устройств, объяснять их назначение.</w:t>
            </w:r>
          </w:p>
          <w:p w14:paraId="6E1866D4" w14:textId="3A8AE482" w:rsidR="008A6CFE" w:rsidRPr="00AC7C5F" w:rsidRDefault="003503E7" w:rsidP="00D730B5">
            <w:pPr>
              <w:autoSpaceDE w:val="0"/>
              <w:autoSpaceDN w:val="0"/>
              <w:spacing w:after="0" w:line="254" w:lineRule="auto"/>
              <w:ind w:left="162" w:right="112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Объяснять работу устройств компьютера с точки зрения организации процедур ввода и вывода информации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DC428" w14:textId="7D91C7BF" w:rsidR="008A6CFE" w:rsidRPr="00AC7C5F" w:rsidRDefault="008A6CFE" w:rsidP="008A6CFE">
            <w:pPr>
              <w:autoSpaceDE w:val="0"/>
              <w:autoSpaceDN w:val="0"/>
              <w:spacing w:after="0" w:line="250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Устный опрос; </w:t>
            </w:r>
          </w:p>
        </w:tc>
      </w:tr>
      <w:tr w:rsidR="008A6CFE" w:rsidRPr="008700ED" w14:paraId="7674FD94" w14:textId="77777777" w:rsidTr="009806ED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DFF6B8" w14:textId="77777777" w:rsidR="008A6CFE" w:rsidRPr="00AC7C5F" w:rsidRDefault="008A6CFE" w:rsidP="00AC7C5F">
            <w:pPr>
              <w:autoSpaceDE w:val="0"/>
              <w:autoSpaceDN w:val="0"/>
              <w:spacing w:after="0" w:line="230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1.2.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08CEA7" w14:textId="33A3156F" w:rsidR="008A6CFE" w:rsidRPr="003503E7" w:rsidRDefault="003503E7" w:rsidP="008A6CFE">
            <w:pPr>
              <w:autoSpaceDE w:val="0"/>
              <w:autoSpaceDN w:val="0"/>
              <w:spacing w:after="0" w:line="245" w:lineRule="auto"/>
              <w:ind w:left="3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Программы для компьютеров.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Файлы и папки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ECC664" w14:textId="38CD2107" w:rsidR="008A6CFE" w:rsidRPr="00AC7C5F" w:rsidRDefault="00C15629" w:rsidP="008A6CFE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83CF7B" w14:textId="1D2CA0A0" w:rsidR="008A6CFE" w:rsidRPr="00AC7C5F" w:rsidRDefault="00032131" w:rsidP="00032131">
            <w:pPr>
              <w:autoSpaceDE w:val="0"/>
              <w:autoSpaceDN w:val="0"/>
              <w:spacing w:after="0" w:line="230" w:lineRule="auto"/>
              <w:ind w:left="157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B83EA" w14:textId="193BC46C" w:rsidR="008A6CFE" w:rsidRPr="00AC7C5F" w:rsidRDefault="00032131" w:rsidP="008A6CFE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0,25</w:t>
            </w:r>
          </w:p>
        </w:tc>
        <w:tc>
          <w:tcPr>
            <w:tcW w:w="7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7E221" w14:textId="41C53FCB" w:rsidR="008A6CFE" w:rsidRDefault="003503E7" w:rsidP="00664CF4">
            <w:pPr>
              <w:autoSpaceDE w:val="0"/>
              <w:autoSpaceDN w:val="0"/>
              <w:spacing w:after="0" w:line="250" w:lineRule="auto"/>
              <w:ind w:left="162" w:right="135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</w:t>
            </w: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бъяснять содержание понятий «программное обеспечение», «операционная система», «файл».</w:t>
            </w:r>
          </w:p>
          <w:p w14:paraId="2A02CAD7" w14:textId="7A8F918C" w:rsidR="003503E7" w:rsidRPr="00AC7C5F" w:rsidRDefault="003503E7" w:rsidP="00664CF4">
            <w:pPr>
              <w:autoSpaceDE w:val="0"/>
              <w:autoSpaceDN w:val="0"/>
              <w:spacing w:after="0" w:line="250" w:lineRule="auto"/>
              <w:ind w:left="162" w:right="135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Определять программные средства, необходимые для осуществления информационных процессов при решении задач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C6BED" w14:textId="5391B434" w:rsidR="008A6CFE" w:rsidRPr="00AC7C5F" w:rsidRDefault="008A6CFE" w:rsidP="008A6CFE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Устный опрос; 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br/>
              <w:t xml:space="preserve">Практическая работа; </w:t>
            </w:r>
          </w:p>
        </w:tc>
      </w:tr>
      <w:tr w:rsidR="00460D4D" w:rsidRPr="000D5D03" w14:paraId="7B101E29" w14:textId="77777777" w:rsidTr="009806ED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79489" w14:textId="578EC159" w:rsidR="00460D4D" w:rsidRPr="00AC7C5F" w:rsidRDefault="00460D4D" w:rsidP="00AC7C5F">
            <w:pPr>
              <w:autoSpaceDE w:val="0"/>
              <w:autoSpaceDN w:val="0"/>
              <w:spacing w:after="0" w:line="230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1.3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A2BFA" w14:textId="45625B42" w:rsidR="00460D4D" w:rsidRPr="003503E7" w:rsidRDefault="003503E7" w:rsidP="003503E7">
            <w:pPr>
              <w:autoSpaceDE w:val="0"/>
              <w:autoSpaceDN w:val="0"/>
              <w:spacing w:after="0" w:line="245" w:lineRule="auto"/>
              <w:ind w:left="36" w:right="135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Сеть Интернет.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Правила безопасного поведения в Интернете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603D1" w14:textId="261476AB" w:rsidR="00460D4D" w:rsidRDefault="00C15629" w:rsidP="008A6CFE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D3547" w14:textId="242CA619" w:rsidR="00460D4D" w:rsidRPr="00AC7C5F" w:rsidRDefault="00032131" w:rsidP="00032131">
            <w:pPr>
              <w:autoSpaceDE w:val="0"/>
              <w:autoSpaceDN w:val="0"/>
              <w:spacing w:after="0" w:line="230" w:lineRule="auto"/>
              <w:ind w:left="157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0,5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E1C226" w14:textId="6E497B5E" w:rsidR="00460D4D" w:rsidRPr="00AC7C5F" w:rsidRDefault="00032131" w:rsidP="008A6CFE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0,25</w:t>
            </w:r>
          </w:p>
        </w:tc>
        <w:tc>
          <w:tcPr>
            <w:tcW w:w="7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8ACF7" w14:textId="77777777" w:rsidR="003503E7" w:rsidRDefault="003503E7" w:rsidP="003503E7">
            <w:pPr>
              <w:autoSpaceDE w:val="0"/>
              <w:autoSpaceDN w:val="0"/>
              <w:spacing w:after="0" w:line="250" w:lineRule="auto"/>
              <w:ind w:left="162" w:right="1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Раскрывать смысл изучаемых понятий.</w:t>
            </w:r>
          </w:p>
          <w:p w14:paraId="129ACDB8" w14:textId="2B904610" w:rsidR="003503E7" w:rsidRDefault="003503E7" w:rsidP="003503E7">
            <w:pPr>
              <w:autoSpaceDE w:val="0"/>
              <w:autoSpaceDN w:val="0"/>
              <w:spacing w:after="0" w:line="250" w:lineRule="auto"/>
              <w:ind w:left="162" w:right="1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Осуществлять поиск информации, по ключевым словам, и по изображению.</w:t>
            </w:r>
          </w:p>
          <w:p w14:paraId="18EF943A" w14:textId="77777777" w:rsidR="003503E7" w:rsidRDefault="003503E7" w:rsidP="003503E7">
            <w:pPr>
              <w:autoSpaceDE w:val="0"/>
              <w:autoSpaceDN w:val="0"/>
              <w:spacing w:after="0" w:line="250" w:lineRule="auto"/>
              <w:ind w:left="162" w:right="1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Обсуждать способы проверки достоверности информации, полученной из Интернета.</w:t>
            </w:r>
          </w:p>
          <w:p w14:paraId="273F047A" w14:textId="77777777" w:rsidR="003503E7" w:rsidRDefault="003503E7" w:rsidP="003503E7">
            <w:pPr>
              <w:autoSpaceDE w:val="0"/>
              <w:autoSpaceDN w:val="0"/>
              <w:spacing w:after="0" w:line="250" w:lineRule="auto"/>
              <w:ind w:left="162" w:right="1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Обсуждать ситуации, связанные с безопасным поведением в Интернете.</w:t>
            </w:r>
          </w:p>
          <w:p w14:paraId="12FC2841" w14:textId="02984941" w:rsidR="003503E7" w:rsidRDefault="003503E7" w:rsidP="003503E7">
            <w:pPr>
              <w:autoSpaceDE w:val="0"/>
              <w:autoSpaceDN w:val="0"/>
              <w:spacing w:after="0" w:line="250" w:lineRule="auto"/>
              <w:ind w:left="162" w:right="1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Различать виды аутентификации.</w:t>
            </w:r>
          </w:p>
          <w:p w14:paraId="1B61A85C" w14:textId="1951246F" w:rsidR="003503E7" w:rsidRPr="003503E7" w:rsidRDefault="003503E7" w:rsidP="003503E7">
            <w:pPr>
              <w:autoSpaceDE w:val="0"/>
              <w:autoSpaceDN w:val="0"/>
              <w:spacing w:after="0" w:line="250" w:lineRule="auto"/>
              <w:ind w:left="162" w:right="1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Различать «слабые» и «сильные»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пароли.</w:t>
            </w:r>
          </w:p>
          <w:p w14:paraId="58E23872" w14:textId="58EF63CE" w:rsidR="003503E7" w:rsidRPr="00AC7C5F" w:rsidRDefault="003503E7" w:rsidP="003503E7">
            <w:pPr>
              <w:autoSpaceDE w:val="0"/>
              <w:autoSpaceDN w:val="0"/>
              <w:spacing w:after="0" w:line="250" w:lineRule="auto"/>
              <w:ind w:left="162" w:right="1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Анализировать возможные причины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кибербуллинга</w:t>
            </w:r>
            <w:proofErr w:type="spellEnd"/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и предлагать способы,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503E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как его избежать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C4501" w14:textId="32B48CFE" w:rsidR="00460D4D" w:rsidRPr="00AC7C5F" w:rsidRDefault="004858F3" w:rsidP="008A6CFE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Устный опрос; 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br/>
              <w:t xml:space="preserve">Практическая работа; 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br/>
              <w:t>Тестирование;</w:t>
            </w:r>
          </w:p>
        </w:tc>
      </w:tr>
      <w:tr w:rsidR="008A6CFE" w:rsidRPr="00AC7C5F" w14:paraId="6E4BC01C" w14:textId="77777777" w:rsidTr="009806ED"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3109C9" w14:textId="77777777" w:rsidR="008A6CFE" w:rsidRPr="00AC7C5F" w:rsidRDefault="008A6CFE" w:rsidP="008A6CFE">
            <w:pPr>
              <w:autoSpaceDE w:val="0"/>
              <w:autoSpaceDN w:val="0"/>
              <w:spacing w:after="0" w:line="230" w:lineRule="auto"/>
              <w:ind w:left="3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Итого по разделу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51109A" w14:textId="6118BC85" w:rsidR="008A6CFE" w:rsidRPr="00AC7C5F" w:rsidRDefault="003503E7" w:rsidP="008A6CFE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123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FD2428" w14:textId="77777777" w:rsidR="008A6CFE" w:rsidRPr="00AC7C5F" w:rsidRDefault="008A6CFE" w:rsidP="008A6CFE">
            <w:pPr>
              <w:spacing w:after="0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8A6CFE" w:rsidRPr="00AC7C5F" w14:paraId="41A479C8" w14:textId="77777777" w:rsidTr="003503E7">
        <w:tc>
          <w:tcPr>
            <w:tcW w:w="15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FC690" w14:textId="612F55AA" w:rsidR="008A6CFE" w:rsidRPr="00AC7C5F" w:rsidRDefault="008A6CFE" w:rsidP="008A6CFE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Раздел 2. </w:t>
            </w:r>
            <w:r w:rsidR="00664C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Теоретические основы информатики</w:t>
            </w:r>
          </w:p>
        </w:tc>
      </w:tr>
      <w:tr w:rsidR="008A6CFE" w:rsidRPr="009806ED" w14:paraId="1F91ABD3" w14:textId="77777777" w:rsidTr="009806ED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E0BD27" w14:textId="77777777" w:rsidR="008A6CFE" w:rsidRPr="00AC7C5F" w:rsidRDefault="008A6CFE" w:rsidP="00AC7C5F">
            <w:pPr>
              <w:autoSpaceDE w:val="0"/>
              <w:autoSpaceDN w:val="0"/>
              <w:spacing w:after="0" w:line="233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2.1.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576A9" w14:textId="237088DE" w:rsidR="008A6CFE" w:rsidRPr="00AC7C5F" w:rsidRDefault="009806ED" w:rsidP="009806ED">
            <w:pPr>
              <w:autoSpaceDE w:val="0"/>
              <w:autoSpaceDN w:val="0"/>
              <w:spacing w:after="0" w:line="250" w:lineRule="auto"/>
              <w:ind w:left="36" w:right="163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Информация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в жизни человека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5DDAD" w14:textId="2E8B0F76" w:rsidR="008A6CFE" w:rsidRPr="00AC7C5F" w:rsidRDefault="009806ED" w:rsidP="008A6CFE">
            <w:pPr>
              <w:autoSpaceDE w:val="0"/>
              <w:autoSpaceDN w:val="0"/>
              <w:spacing w:after="0" w:line="233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F61D19" w14:textId="140EB817" w:rsidR="008A6CFE" w:rsidRPr="00AC7C5F" w:rsidRDefault="00032131" w:rsidP="008A6CFE">
            <w:pPr>
              <w:autoSpaceDE w:val="0"/>
              <w:autoSpaceDN w:val="0"/>
              <w:spacing w:after="0" w:line="233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72D76" w14:textId="13B91669" w:rsidR="008A6CFE" w:rsidRPr="00AC7C5F" w:rsidRDefault="00032131" w:rsidP="008A6CFE">
            <w:pPr>
              <w:autoSpaceDE w:val="0"/>
              <w:autoSpaceDN w:val="0"/>
              <w:spacing w:after="0" w:line="233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7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8EC108" w14:textId="77777777" w:rsidR="009806ED" w:rsidRPr="009806ED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Раскрывать смысл изучаемых понятий.</w:t>
            </w:r>
          </w:p>
          <w:p w14:paraId="0E90342A" w14:textId="77777777" w:rsidR="009806ED" w:rsidRPr="009806ED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Различать виды информации по способам её восприятия человеком.</w:t>
            </w:r>
          </w:p>
          <w:p w14:paraId="4D2DE415" w14:textId="77777777" w:rsidR="009806ED" w:rsidRPr="009806ED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Осуществлять кодирование и декодирование информации предложенным</w:t>
            </w:r>
          </w:p>
          <w:p w14:paraId="7493D5A3" w14:textId="77777777" w:rsidR="009806ED" w:rsidRPr="009806ED" w:rsidRDefault="009806ED" w:rsidP="009806ED">
            <w:pPr>
              <w:autoSpaceDE w:val="0"/>
              <w:autoSpaceDN w:val="0"/>
              <w:spacing w:after="0" w:line="254" w:lineRule="auto"/>
              <w:ind w:left="162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способом.</w:t>
            </w:r>
          </w:p>
          <w:p w14:paraId="78A91E54" w14:textId="43C2CB2F" w:rsidR="008A6CFE" w:rsidRPr="00AC7C5F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Приводить примеры применения искусственного интеллекта (робототехника,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беспилотные автомобили, интеллектуальные игры, голосовые помощники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и пр.)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FD8470" w14:textId="6C74E1B4" w:rsidR="008A6CFE" w:rsidRPr="00AC7C5F" w:rsidRDefault="004858F3" w:rsidP="008A6CFE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Устный опрос;</w:t>
            </w:r>
          </w:p>
        </w:tc>
      </w:tr>
      <w:tr w:rsidR="0035259C" w:rsidRPr="00AC7C5F" w14:paraId="79A2385E" w14:textId="77777777" w:rsidTr="009806ED"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82A3F" w14:textId="5A37828A" w:rsidR="0035259C" w:rsidRPr="00664CF4" w:rsidRDefault="0035259C" w:rsidP="0035259C">
            <w:pPr>
              <w:autoSpaceDE w:val="0"/>
              <w:autoSpaceDN w:val="0"/>
              <w:spacing w:after="0" w:line="230" w:lineRule="auto"/>
              <w:ind w:left="3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Итого по разделу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98561" w14:textId="1B6229C8" w:rsidR="0035259C" w:rsidRDefault="009806ED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23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7C9663" w14:textId="77777777" w:rsidR="0035259C" w:rsidRPr="00AC7C5F" w:rsidRDefault="0035259C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5259C" w:rsidRPr="000D5D03" w14:paraId="76826974" w14:textId="77777777" w:rsidTr="003503E7">
        <w:tc>
          <w:tcPr>
            <w:tcW w:w="15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30BAFD" w14:textId="02AF733C" w:rsidR="0035259C" w:rsidRPr="00AC7C5F" w:rsidRDefault="0035259C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Алгоритмизация и основы программирования</w:t>
            </w:r>
          </w:p>
        </w:tc>
      </w:tr>
      <w:tr w:rsidR="0035259C" w:rsidRPr="008700ED" w14:paraId="00A18729" w14:textId="77777777" w:rsidTr="009806ED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14766A" w14:textId="230AE7AE" w:rsidR="0035259C" w:rsidRPr="00AC7C5F" w:rsidRDefault="0035259C" w:rsidP="0035259C">
            <w:pPr>
              <w:autoSpaceDE w:val="0"/>
              <w:autoSpaceDN w:val="0"/>
              <w:spacing w:after="0" w:line="230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3.1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0F69F2" w14:textId="5845A06B" w:rsidR="0035259C" w:rsidRPr="00664CF4" w:rsidRDefault="009806ED" w:rsidP="0035259C">
            <w:pPr>
              <w:autoSpaceDE w:val="0"/>
              <w:autoSpaceDN w:val="0"/>
              <w:spacing w:after="0" w:line="230" w:lineRule="auto"/>
              <w:ind w:left="36" w:right="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Алгоритмы и исполнители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02D8D" w14:textId="55897FF1" w:rsidR="0035259C" w:rsidRDefault="009806ED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03C63" w14:textId="3E9D7BA2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D9645A" w14:textId="3A9CC640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7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742254" w14:textId="77777777" w:rsidR="009806ED" w:rsidRDefault="009806ED" w:rsidP="006E798F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Раскрывать смысл изучаемых понятий.</w:t>
            </w:r>
          </w:p>
          <w:p w14:paraId="7592AF31" w14:textId="77777777" w:rsidR="009806ED" w:rsidRDefault="009806ED" w:rsidP="009806ED">
            <w:pPr>
              <w:autoSpaceDE w:val="0"/>
              <w:autoSpaceDN w:val="0"/>
              <w:spacing w:after="0" w:line="254" w:lineRule="auto"/>
              <w:ind w:left="162" w:right="1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Приводить примеры неформальных и формальных исполнителей в окружающем мире.</w:t>
            </w:r>
          </w:p>
          <w:p w14:paraId="29EBA7FD" w14:textId="574E6557" w:rsidR="0035259C" w:rsidRPr="0035259C" w:rsidRDefault="009806ED" w:rsidP="006E798F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Приводить примеры циклических действий в окружающем мире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85FD6" w14:textId="5B03A642" w:rsidR="0035259C" w:rsidRPr="00AC7C5F" w:rsidRDefault="004858F3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Устный опрос;</w:t>
            </w:r>
          </w:p>
        </w:tc>
      </w:tr>
      <w:tr w:rsidR="0035259C" w:rsidRPr="00032131" w14:paraId="01D07282" w14:textId="77777777" w:rsidTr="009806ED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AF162" w14:textId="16AA93B6" w:rsidR="0035259C" w:rsidRPr="00AC7C5F" w:rsidRDefault="0035259C" w:rsidP="0035259C">
            <w:pPr>
              <w:autoSpaceDE w:val="0"/>
              <w:autoSpaceDN w:val="0"/>
              <w:spacing w:after="0" w:line="230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3.2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9B0D00" w14:textId="1894F011" w:rsidR="0035259C" w:rsidRPr="00664CF4" w:rsidRDefault="009806ED" w:rsidP="0035259C">
            <w:pPr>
              <w:autoSpaceDE w:val="0"/>
              <w:autoSpaceDN w:val="0"/>
              <w:spacing w:after="0" w:line="230" w:lineRule="auto"/>
              <w:ind w:left="36" w:right="-123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Работа в среде программирования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E9A7B" w14:textId="053E4A70" w:rsidR="0035259C" w:rsidRDefault="009806ED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894696" w14:textId="2B6E5B45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5C388" w14:textId="420749A8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4,25</w:t>
            </w:r>
          </w:p>
        </w:tc>
        <w:tc>
          <w:tcPr>
            <w:tcW w:w="7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080067" w14:textId="77777777" w:rsidR="009806ED" w:rsidRDefault="009806ED" w:rsidP="0035259C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Раскрывать смысл изучаемых понятий.</w:t>
            </w:r>
          </w:p>
          <w:p w14:paraId="411D3877" w14:textId="77777777" w:rsidR="009806ED" w:rsidRDefault="009806ED" w:rsidP="0035259C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Анализировать пользовательский интерфейс применяемого программного средства.</w:t>
            </w:r>
          </w:p>
          <w:p w14:paraId="400B067B" w14:textId="364B8009" w:rsidR="0035259C" w:rsidRPr="0035259C" w:rsidRDefault="009806ED" w:rsidP="0035259C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Определять условия и возможности применения программного средства для решения типовых задач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0480DE" w14:textId="1A2BD24D" w:rsidR="0035259C" w:rsidRPr="00AC7C5F" w:rsidRDefault="004858F3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Устный опрос; 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br/>
              <w:t xml:space="preserve">Практическая работа; </w:t>
            </w:r>
          </w:p>
        </w:tc>
      </w:tr>
      <w:tr w:rsidR="0035259C" w:rsidRPr="00AC7C5F" w14:paraId="6C07F493" w14:textId="77777777" w:rsidTr="009806ED"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18F33" w14:textId="6BD758B8" w:rsidR="0035259C" w:rsidRPr="00664CF4" w:rsidRDefault="0035259C" w:rsidP="0035259C">
            <w:pPr>
              <w:autoSpaceDE w:val="0"/>
              <w:autoSpaceDN w:val="0"/>
              <w:spacing w:after="0" w:line="230" w:lineRule="auto"/>
              <w:ind w:left="142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lastRenderedPageBreak/>
              <w:t>Итого по разделу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8F5F4F" w14:textId="27171348" w:rsidR="0035259C" w:rsidRDefault="0035259C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23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61EE82" w14:textId="77777777" w:rsidR="0035259C" w:rsidRPr="00AC7C5F" w:rsidRDefault="0035259C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6E798F" w:rsidRPr="00AC7C5F" w14:paraId="18D41C61" w14:textId="77777777" w:rsidTr="003503E7">
        <w:tc>
          <w:tcPr>
            <w:tcW w:w="15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5F2E5" w14:textId="16B11093" w:rsidR="006E798F" w:rsidRPr="00AC7C5F" w:rsidRDefault="006E798F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Раздел 4. Информационные технологии</w:t>
            </w:r>
          </w:p>
        </w:tc>
      </w:tr>
      <w:tr w:rsidR="0035259C" w:rsidRPr="008700ED" w14:paraId="7186169D" w14:textId="77777777" w:rsidTr="009806ED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51674B" w14:textId="62BF7FD7" w:rsidR="0035259C" w:rsidRPr="00AC7C5F" w:rsidRDefault="006E798F" w:rsidP="0035259C">
            <w:pPr>
              <w:autoSpaceDE w:val="0"/>
              <w:autoSpaceDN w:val="0"/>
              <w:spacing w:after="0" w:line="230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3.1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4689B" w14:textId="69718678" w:rsidR="0035259C" w:rsidRPr="00664CF4" w:rsidRDefault="009806ED" w:rsidP="0035259C">
            <w:pPr>
              <w:autoSpaceDE w:val="0"/>
              <w:autoSpaceDN w:val="0"/>
              <w:spacing w:after="0" w:line="230" w:lineRule="auto"/>
              <w:ind w:left="3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Графический редактор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E03A3" w14:textId="2D19D5FB" w:rsidR="0035259C" w:rsidRDefault="006E798F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E4B79" w14:textId="6B47E68C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230D5" w14:textId="0A944A6E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1,75</w:t>
            </w:r>
          </w:p>
        </w:tc>
        <w:tc>
          <w:tcPr>
            <w:tcW w:w="7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5178C5" w14:textId="77777777" w:rsidR="009806ED" w:rsidRDefault="009806ED" w:rsidP="000A19F8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Раскрывать смысл изучаемых понятий.</w:t>
            </w:r>
          </w:p>
          <w:p w14:paraId="7BA81ED1" w14:textId="02E1E7DA" w:rsidR="009806ED" w:rsidRPr="009806ED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Анализировать пользовательский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интерфейс применяемого программного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средства.</w:t>
            </w:r>
          </w:p>
          <w:p w14:paraId="3DF327D5" w14:textId="680D1F94" w:rsidR="009806ED" w:rsidRPr="009806ED" w:rsidRDefault="009806ED" w:rsidP="009806ED">
            <w:pPr>
              <w:autoSpaceDE w:val="0"/>
              <w:autoSpaceDN w:val="0"/>
              <w:spacing w:after="0" w:line="254" w:lineRule="auto"/>
              <w:ind w:left="162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Определять условия и возможности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применения программного средства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для решения типовых задач.</w:t>
            </w:r>
          </w:p>
          <w:p w14:paraId="7DF826FA" w14:textId="4E691945" w:rsidR="0035259C" w:rsidRPr="009806ED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Планировать последовательность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действий при создании и редактировании растрового изображения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C4F97" w14:textId="7CB7BA3B" w:rsidR="0035259C" w:rsidRPr="00AC7C5F" w:rsidRDefault="00815C15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Устный опрос; 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br/>
              <w:t>Практическая работа;</w:t>
            </w:r>
          </w:p>
        </w:tc>
      </w:tr>
      <w:tr w:rsidR="0035259C" w:rsidRPr="000D5D03" w14:paraId="201720C8" w14:textId="77777777" w:rsidTr="009806ED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E7F2B" w14:textId="37B1A395" w:rsidR="0035259C" w:rsidRPr="00AC7C5F" w:rsidRDefault="006E798F" w:rsidP="0035259C">
            <w:pPr>
              <w:autoSpaceDE w:val="0"/>
              <w:autoSpaceDN w:val="0"/>
              <w:spacing w:after="0" w:line="230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3.2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017174" w14:textId="2940734C" w:rsidR="0035259C" w:rsidRPr="00664CF4" w:rsidRDefault="006E798F" w:rsidP="0035259C">
            <w:pPr>
              <w:autoSpaceDE w:val="0"/>
              <w:autoSpaceDN w:val="0"/>
              <w:spacing w:after="0" w:line="230" w:lineRule="auto"/>
              <w:ind w:left="3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Текстовый </w:t>
            </w:r>
            <w:r w:rsid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редактор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A715D" w14:textId="4EDDBF95" w:rsidR="0035259C" w:rsidRDefault="009806ED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8BF14C" w14:textId="294E93E5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0,75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4DBD5" w14:textId="7145D8F6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2,25</w:t>
            </w:r>
          </w:p>
        </w:tc>
        <w:tc>
          <w:tcPr>
            <w:tcW w:w="7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1E0E9" w14:textId="77777777" w:rsidR="009806ED" w:rsidRPr="009806ED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Раскрывать смысл изучаемых понятий.</w:t>
            </w:r>
          </w:p>
          <w:p w14:paraId="1317A998" w14:textId="77777777" w:rsidR="009806ED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Анализировать пользовательский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интерфейс применяемого программного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средства.</w:t>
            </w:r>
          </w:p>
          <w:p w14:paraId="406663CB" w14:textId="1FC5CA3D" w:rsidR="009806ED" w:rsidRPr="009806ED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Определять условия и возможности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применения программного средства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для решения типовых задач.</w:t>
            </w:r>
          </w:p>
          <w:p w14:paraId="31625186" w14:textId="335D8158" w:rsidR="0035259C" w:rsidRPr="0035259C" w:rsidRDefault="009806ED" w:rsidP="009806ED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Анализировать преимущества создания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текстовых документов на компьютере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по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с</w:t>
            </w:r>
            <w:r w:rsidRP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равнению с рукописным способом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DE3EAC" w14:textId="24ED9F22" w:rsidR="0035259C" w:rsidRPr="00AC7C5F" w:rsidRDefault="00815C15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Устный опрос; 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br/>
              <w:t xml:space="preserve">Практическая работа; 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br/>
              <w:t>Тестирование;</w:t>
            </w:r>
          </w:p>
        </w:tc>
      </w:tr>
      <w:tr w:rsidR="0035259C" w:rsidRPr="008700ED" w14:paraId="63BEFC40" w14:textId="77777777" w:rsidTr="009806ED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515965" w14:textId="45B0BBF8" w:rsidR="0035259C" w:rsidRPr="00AC7C5F" w:rsidRDefault="006E798F" w:rsidP="0035259C">
            <w:pPr>
              <w:autoSpaceDE w:val="0"/>
              <w:autoSpaceDN w:val="0"/>
              <w:spacing w:after="0" w:line="230" w:lineRule="auto"/>
              <w:ind w:left="-146" w:right="-23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3.3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DF4F21" w14:textId="78F6FCC1" w:rsidR="0035259C" w:rsidRPr="00664CF4" w:rsidRDefault="009806ED" w:rsidP="006E798F">
            <w:pPr>
              <w:autoSpaceDE w:val="0"/>
              <w:autoSpaceDN w:val="0"/>
              <w:spacing w:after="0" w:line="230" w:lineRule="auto"/>
              <w:ind w:left="36" w:right="16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Компьютерная презентация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EBA438" w14:textId="5E62C933" w:rsidR="0035259C" w:rsidRDefault="006E798F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07BC4D" w14:textId="1FA148FC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FCC82" w14:textId="3177E31B" w:rsidR="0035259C" w:rsidRPr="00AC7C5F" w:rsidRDefault="00032131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1,25</w:t>
            </w:r>
          </w:p>
        </w:tc>
        <w:tc>
          <w:tcPr>
            <w:tcW w:w="7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018ABC" w14:textId="77777777" w:rsidR="00374CF7" w:rsidRDefault="00374CF7" w:rsidP="0035259C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74CF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Раскрывать смысл изучаемых понятий.</w:t>
            </w:r>
          </w:p>
          <w:p w14:paraId="1ACBD7AB" w14:textId="77777777" w:rsidR="00374CF7" w:rsidRDefault="00374CF7" w:rsidP="0035259C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74CF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Анализировать пользовательский интерфейс применяемого программного средства.</w:t>
            </w:r>
          </w:p>
          <w:p w14:paraId="72E57ED9" w14:textId="1C343B18" w:rsidR="0035259C" w:rsidRPr="0035259C" w:rsidRDefault="00374CF7" w:rsidP="0035259C">
            <w:pPr>
              <w:autoSpaceDE w:val="0"/>
              <w:autoSpaceDN w:val="0"/>
              <w:spacing w:after="0" w:line="254" w:lineRule="auto"/>
              <w:ind w:left="162" w:right="277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374CF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Определять условия и возможности применения программного средства </w:t>
            </w:r>
            <w:proofErr w:type="gramStart"/>
            <w:r w:rsidRPr="00374CF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для  решения</w:t>
            </w:r>
            <w:proofErr w:type="gramEnd"/>
            <w:r w:rsidRPr="00374CF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типовых задач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40530D" w14:textId="42CAED10" w:rsidR="0035259C" w:rsidRPr="00AC7C5F" w:rsidRDefault="00815C15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Устный опрос; </w:t>
            </w: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br/>
              <w:t>Практическая работа;</w:t>
            </w:r>
          </w:p>
        </w:tc>
      </w:tr>
      <w:tr w:rsidR="006E798F" w:rsidRPr="00AC7C5F" w14:paraId="25F359D0" w14:textId="77777777" w:rsidTr="009806ED"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4F14D5" w14:textId="57268CD2" w:rsidR="006E798F" w:rsidRPr="00664CF4" w:rsidRDefault="006E798F" w:rsidP="0035259C">
            <w:pPr>
              <w:autoSpaceDE w:val="0"/>
              <w:autoSpaceDN w:val="0"/>
              <w:spacing w:after="0" w:line="230" w:lineRule="auto"/>
              <w:ind w:left="3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Итого по разделу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DF14FC" w14:textId="7F6678F7" w:rsidR="006E798F" w:rsidRDefault="006E798F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9806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23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CA322A" w14:textId="77777777" w:rsidR="006E798F" w:rsidRPr="00AC7C5F" w:rsidRDefault="006E798F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6E798F" w:rsidRPr="00AC7C5F" w14:paraId="27A86221" w14:textId="77777777" w:rsidTr="009806ED"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F42DE" w14:textId="5598D314" w:rsidR="006E798F" w:rsidRPr="00664CF4" w:rsidRDefault="006E798F" w:rsidP="0035259C">
            <w:pPr>
              <w:autoSpaceDE w:val="0"/>
              <w:autoSpaceDN w:val="0"/>
              <w:spacing w:after="0" w:line="230" w:lineRule="auto"/>
              <w:ind w:left="3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Резервное время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F51C15" w14:textId="04058BF8" w:rsidR="006E798F" w:rsidRDefault="000A19F8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23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2D956" w14:textId="77777777" w:rsidR="006E798F" w:rsidRPr="00AC7C5F" w:rsidRDefault="006E798F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6E798F" w:rsidRPr="00AC7C5F" w14:paraId="7FD9DAB5" w14:textId="77777777" w:rsidTr="009806ED"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AB0657" w14:textId="675FABC1" w:rsidR="006E798F" w:rsidRPr="00664CF4" w:rsidRDefault="006E798F" w:rsidP="006E798F">
            <w:pPr>
              <w:autoSpaceDE w:val="0"/>
              <w:autoSpaceDN w:val="0"/>
              <w:spacing w:after="0" w:line="230" w:lineRule="auto"/>
              <w:ind w:left="36" w:right="18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AC7C5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1EFC3D" w14:textId="58859905" w:rsidR="006E798F" w:rsidRDefault="000A19F8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FAFB1" w14:textId="2B58CDAF" w:rsidR="006E798F" w:rsidRPr="00AC7C5F" w:rsidRDefault="009710E2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2,25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3D2C6" w14:textId="5015D179" w:rsidR="006E798F" w:rsidRPr="00AC7C5F" w:rsidRDefault="009710E2" w:rsidP="0035259C">
            <w:pPr>
              <w:autoSpaceDE w:val="0"/>
              <w:autoSpaceDN w:val="0"/>
              <w:spacing w:after="0" w:line="230" w:lineRule="auto"/>
              <w:ind w:left="94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10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95760" w14:textId="77777777" w:rsidR="006E798F" w:rsidRPr="00AC7C5F" w:rsidRDefault="006E798F" w:rsidP="0035259C">
            <w:pPr>
              <w:autoSpaceDE w:val="0"/>
              <w:autoSpaceDN w:val="0"/>
              <w:spacing w:after="0" w:line="252" w:lineRule="auto"/>
              <w:ind w:left="46" w:right="-239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</w:tr>
    </w:tbl>
    <w:p w14:paraId="177661F6" w14:textId="77777777" w:rsidR="001A434F" w:rsidRPr="00AC7C5F" w:rsidRDefault="001A434F" w:rsidP="00512007">
      <w:pPr>
        <w:spacing w:after="0"/>
        <w:rPr>
          <w:rFonts w:ascii="Times New Roman" w:eastAsia="Times New Roman" w:hAnsi="Times New Roman"/>
          <w:color w:val="000000"/>
          <w:sz w:val="20"/>
          <w:szCs w:val="20"/>
          <w:lang w:val="ru-RU"/>
        </w:rPr>
        <w:sectPr w:rsidR="001A434F" w:rsidRPr="00AC7C5F" w:rsidSect="00512007">
          <w:pgSz w:w="16840" w:h="11900"/>
          <w:pgMar w:top="282" w:right="640" w:bottom="454" w:left="666" w:header="720" w:footer="720" w:gutter="0"/>
          <w:cols w:space="720"/>
          <w:docGrid w:linePitch="360"/>
        </w:sectPr>
      </w:pPr>
    </w:p>
    <w:p w14:paraId="19A87891" w14:textId="77777777" w:rsidR="001A434F" w:rsidRDefault="00B61E33" w:rsidP="0051200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lastRenderedPageBreak/>
        <w:t>ПОУРОЧНОЕ ПЛАНИРОВАНИЕ</w:t>
      </w:r>
    </w:p>
    <w:tbl>
      <w:tblPr>
        <w:tblW w:w="10631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464"/>
        <w:gridCol w:w="851"/>
        <w:gridCol w:w="1559"/>
        <w:gridCol w:w="1701"/>
        <w:gridCol w:w="2552"/>
      </w:tblGrid>
      <w:tr w:rsidR="00E0138D" w14:paraId="65990754" w14:textId="77777777" w:rsidTr="00374CF7"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2622EC" w14:textId="553976A3" w:rsidR="00E0138D" w:rsidRPr="00374CF7" w:rsidRDefault="00E0138D" w:rsidP="00374CF7">
            <w:pPr>
              <w:autoSpaceDE w:val="0"/>
              <w:autoSpaceDN w:val="0"/>
              <w:spacing w:after="0" w:line="262" w:lineRule="auto"/>
              <w:ind w:left="72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 w:rsidR="00374CF7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16A62E" w14:textId="0EFC6B30" w:rsidR="00E0138D" w:rsidRPr="00374CF7" w:rsidRDefault="00374CF7" w:rsidP="00374CF7">
            <w:pPr>
              <w:autoSpaceDE w:val="0"/>
              <w:autoSpaceDN w:val="0"/>
              <w:spacing w:after="0" w:line="230" w:lineRule="auto"/>
              <w:ind w:left="74"/>
              <w:rPr>
                <w:lang w:val="ru-RU"/>
              </w:rPr>
            </w:pPr>
            <w:proofErr w:type="spellStart"/>
            <w:r w:rsidRPr="00374CF7"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374CF7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374CF7"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202A8" w14:textId="77777777" w:rsidR="00E0138D" w:rsidRDefault="00E0138D" w:rsidP="00512007">
            <w:pPr>
              <w:autoSpaceDE w:val="0"/>
              <w:autoSpaceDN w:val="0"/>
              <w:spacing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8E729" w14:textId="77777777" w:rsidR="00E0138D" w:rsidRDefault="00E0138D" w:rsidP="00512007">
            <w:pPr>
              <w:autoSpaceDE w:val="0"/>
              <w:autoSpaceDN w:val="0"/>
              <w:spacing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E0138D" w14:paraId="0C3E4FA7" w14:textId="77777777" w:rsidTr="00374CF7"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B1009" w14:textId="77777777" w:rsidR="00E0138D" w:rsidRDefault="00E0138D" w:rsidP="00512007">
            <w:pPr>
              <w:spacing w:after="0"/>
            </w:pPr>
          </w:p>
        </w:tc>
        <w:tc>
          <w:tcPr>
            <w:tcW w:w="3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3000A" w14:textId="77777777" w:rsidR="00E0138D" w:rsidRDefault="00E0138D" w:rsidP="00512007">
            <w:pPr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054026" w14:textId="77777777" w:rsidR="00E0138D" w:rsidRDefault="00E0138D" w:rsidP="00512007">
            <w:pPr>
              <w:autoSpaceDE w:val="0"/>
              <w:autoSpaceDN w:val="0"/>
              <w:spacing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7AB458" w14:textId="77777777" w:rsidR="00E0138D" w:rsidRDefault="00E0138D" w:rsidP="00512007">
            <w:pPr>
              <w:autoSpaceDE w:val="0"/>
              <w:autoSpaceDN w:val="0"/>
              <w:spacing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552D6" w14:textId="77777777" w:rsidR="00E0138D" w:rsidRDefault="00E0138D" w:rsidP="00512007">
            <w:pPr>
              <w:autoSpaceDE w:val="0"/>
              <w:autoSpaceDN w:val="0"/>
              <w:spacing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5AEC4" w14:textId="77777777" w:rsidR="00E0138D" w:rsidRDefault="00E0138D" w:rsidP="00512007">
            <w:pPr>
              <w:spacing w:after="0"/>
            </w:pPr>
          </w:p>
        </w:tc>
      </w:tr>
      <w:tr w:rsidR="00E0138D" w14:paraId="5EC6C50D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260DB" w14:textId="77777777" w:rsidR="00E0138D" w:rsidRDefault="00E0138D" w:rsidP="00512007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CA8B53" w14:textId="5B09E0E9" w:rsidR="00E0138D" w:rsidRPr="00E0138D" w:rsidRDefault="00374CF7" w:rsidP="00BA68AC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Компьютер — универсальное вычислительное устройство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FB9DA" w14:textId="77777777" w:rsidR="00E0138D" w:rsidRPr="00BA68AC" w:rsidRDefault="00E0138D" w:rsidP="00BA68AC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9E411" w14:textId="457F5701" w:rsidR="00E0138D" w:rsidRPr="00C15629" w:rsidRDefault="00C15629" w:rsidP="00512007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CF5464" w14:textId="43D983BC" w:rsidR="00E0138D" w:rsidRPr="00C15629" w:rsidRDefault="00C15629" w:rsidP="00512007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2BA788" w14:textId="2C1FD2F4" w:rsidR="00E0138D" w:rsidRDefault="00E0138D" w:rsidP="00512007">
            <w:pPr>
              <w:autoSpaceDE w:val="0"/>
              <w:autoSpaceDN w:val="0"/>
              <w:spacing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138D" w14:paraId="5F8C119B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8269DA" w14:textId="77777777" w:rsidR="00E0138D" w:rsidRDefault="00E0138D" w:rsidP="00512007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399C6" w14:textId="7EF17EAA" w:rsidR="00E0138D" w:rsidRPr="00E0138D" w:rsidRDefault="00374CF7" w:rsidP="00E0138D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74CF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Основные компоненты персональных компьютеров и мобильных устройств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F2902" w14:textId="77777777" w:rsidR="00E0138D" w:rsidRPr="00BA68AC" w:rsidRDefault="00E0138D" w:rsidP="00512007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4F0AA" w14:textId="4139937C" w:rsidR="00E0138D" w:rsidRPr="00C15629" w:rsidRDefault="00C15629" w:rsidP="00512007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7199C6" w14:textId="0A9FAB13" w:rsidR="00E0138D" w:rsidRPr="00C15629" w:rsidRDefault="00C15629" w:rsidP="00512007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AE44A3" w14:textId="671797B6" w:rsidR="00E0138D" w:rsidRDefault="00E0138D" w:rsidP="00512007">
            <w:pPr>
              <w:autoSpaceDE w:val="0"/>
              <w:autoSpaceDN w:val="0"/>
              <w:spacing w:after="0" w:line="278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</w:p>
        </w:tc>
      </w:tr>
      <w:tr w:rsidR="00E0138D" w14:paraId="46A360B1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C52D5" w14:textId="77777777" w:rsidR="00E0138D" w:rsidRDefault="00E0138D" w:rsidP="00512007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281F4" w14:textId="51581A33" w:rsidR="00E0138D" w:rsidRPr="00E0138D" w:rsidRDefault="00374CF7" w:rsidP="00BA68AC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Управление компьютером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505FE9" w14:textId="77777777" w:rsidR="00E0138D" w:rsidRPr="00BA68AC" w:rsidRDefault="00E0138D" w:rsidP="00BA68AC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7C2144" w14:textId="58DBD8E2" w:rsidR="00E0138D" w:rsidRPr="00C15629" w:rsidRDefault="00C15629" w:rsidP="00512007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1533AC" w14:textId="2A72C155" w:rsidR="00E0138D" w:rsidRPr="00C15629" w:rsidRDefault="00C15629" w:rsidP="00512007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9FB9AF" w14:textId="26C3444C" w:rsidR="00E0138D" w:rsidRDefault="00C15629" w:rsidP="00512007">
            <w:pPr>
              <w:autoSpaceDE w:val="0"/>
              <w:autoSpaceDN w:val="0"/>
              <w:spacing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0138D" w14:paraId="753623E7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C1325B" w14:textId="77777777" w:rsidR="00E0138D" w:rsidRDefault="00E0138D" w:rsidP="00512007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58E8D" w14:textId="32706EBB" w:rsidR="00E0138D" w:rsidRPr="00E0138D" w:rsidRDefault="00374CF7" w:rsidP="00BA68AC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Программное обеспечение компьютера</w:t>
            </w:r>
            <w:r w:rsidR="00C1562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C15629" w:rsidRPr="00C1562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Прикладные программы, системное программное обеспечение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A6143" w14:textId="77777777" w:rsidR="00E0138D" w:rsidRPr="00BA68AC" w:rsidRDefault="00E0138D" w:rsidP="00BA68AC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E1F700" w14:textId="5122EC8B" w:rsidR="00E0138D" w:rsidRPr="00C15629" w:rsidRDefault="00C15629" w:rsidP="00512007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D732F" w14:textId="359CBF02" w:rsidR="00E0138D" w:rsidRPr="00C15629" w:rsidRDefault="00C15629" w:rsidP="00512007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41FA8F" w14:textId="6337D08A" w:rsidR="00E0138D" w:rsidRDefault="00C15629" w:rsidP="00512007">
            <w:pPr>
              <w:autoSpaceDE w:val="0"/>
              <w:autoSpaceDN w:val="0"/>
              <w:spacing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0C1F5B54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0C3A99" w14:textId="77777777" w:rsidR="00C15629" w:rsidRDefault="00C15629" w:rsidP="00C1562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0C5CB" w14:textId="74A33334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Сеть Интернет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Поиск информации на веб-странице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20B7CA" w14:textId="77777777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379F52" w14:textId="25B59EBC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E7C596" w14:textId="16CE6732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001480" w14:textId="6F48181E" w:rsidR="00C15629" w:rsidRDefault="00C15629" w:rsidP="00C15629">
            <w:pPr>
              <w:autoSpaceDE w:val="0"/>
              <w:autoSpaceDN w:val="0"/>
              <w:spacing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11F5B6B5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FF5D6A" w14:textId="77777777" w:rsidR="00C15629" w:rsidRDefault="00C15629" w:rsidP="00C1562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F7251" w14:textId="33F04E93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в Интернете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C159DB" w14:textId="77777777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A0E487" w14:textId="43974925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BCAD7" w14:textId="0759A257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F622A" w14:textId="4EE44852" w:rsidR="00C15629" w:rsidRDefault="00C15629" w:rsidP="00C15629">
            <w:pPr>
              <w:autoSpaceDE w:val="0"/>
              <w:autoSpaceDN w:val="0"/>
              <w:spacing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60E181CA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6F023E" w14:textId="77777777" w:rsidR="00C15629" w:rsidRDefault="00C15629" w:rsidP="00C1562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B5B8C0" w14:textId="038F8327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Цифровая</w:t>
            </w: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грамотность</w:t>
            </w: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». Проверочная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D6860" w14:textId="77777777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1A27C9" w14:textId="2DEBC57C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4F5A2" w14:textId="14B5876D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04586" w14:textId="77777777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  <w:p w14:paraId="5FB5EA11" w14:textId="70E8170B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Тестирование;</w:t>
            </w:r>
          </w:p>
        </w:tc>
      </w:tr>
      <w:tr w:rsidR="00C15629" w14:paraId="6DC95964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D06A3" w14:textId="77777777" w:rsidR="00C15629" w:rsidRDefault="00C15629" w:rsidP="00C1562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347667" w14:textId="14FAAD57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Информация в жизни человека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AF296E" w14:textId="77777777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53CE6" w14:textId="6538206A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8E1887" w14:textId="13190D55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974F48" w14:textId="60D4918C" w:rsidR="00C15629" w:rsidRDefault="00C15629" w:rsidP="00C15629">
            <w:pPr>
              <w:autoSpaceDE w:val="0"/>
              <w:autoSpaceDN w:val="0"/>
              <w:spacing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7C7EDCA2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7422B" w14:textId="77777777" w:rsidR="00C15629" w:rsidRDefault="00C15629" w:rsidP="00C1562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25ABD" w14:textId="274DFE7B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Классификация информации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FECCF" w14:textId="77777777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BCAD79" w14:textId="35406198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57C07D" w14:textId="43213A37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8F24AD" w14:textId="55E08D9C" w:rsidR="00C15629" w:rsidRDefault="00C15629" w:rsidP="00C15629">
            <w:pPr>
              <w:autoSpaceDE w:val="0"/>
              <w:autoSpaceDN w:val="0"/>
              <w:spacing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12F903BB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E32040" w14:textId="77777777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8F239" w14:textId="0DB23F43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Действия с информацией. Кодирование информации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12650" w14:textId="77777777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787FB" w14:textId="01ECCAF5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87582" w14:textId="6CC31CA1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BFDEB" w14:textId="22A58D23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74BF7F5A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5A4DC" w14:textId="1CAC3491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27113" w14:textId="3D04B732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17012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Понятие алгоритма. Исполнители алгоритмов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8C7FB" w14:textId="5FD246E7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4CDF78" w14:textId="7432B819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5DF06" w14:textId="142E45BA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5AD58D" w14:textId="44244E08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60BE9790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59D92" w14:textId="493E332A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FAF03D" w14:textId="6DFC03F1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17012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Линейные алгоритмы.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012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Циклические алгоритмы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DF13ED" w14:textId="20F6F3EC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C34AE" w14:textId="58CD7F89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DB8ED" w14:textId="4E35A026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61849" w14:textId="3FD26C56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6F1F0979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C95080" w14:textId="31D9B26E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21E22A" w14:textId="1CD1ED41" w:rsidR="00C15629" w:rsidRPr="00170122" w:rsidRDefault="00032131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Интерфейс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Scratch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EE50C7" w14:textId="3CF85CB5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9DD53C" w14:textId="1E2F953D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0A2AD9" w14:textId="253AF2A8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AC3FF9" w14:textId="3FB6A037" w:rsidR="00C15629" w:rsidRDefault="00032131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03EEE7EC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B6BE2" w14:textId="4828D47D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267991" w14:textId="295C5641" w:rsidR="00C15629" w:rsidRPr="00032131" w:rsidRDefault="00032131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Сцена. Редактирование фона. Добавление фона из файла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129FEB" w14:textId="1F095988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DD81B" w14:textId="227D00A8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A86690" w14:textId="1B1B7372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BEDB47" w14:textId="5C2D3233" w:rsidR="00C15629" w:rsidRDefault="00032131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4993A7A5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43F3E4" w14:textId="4F4F00BB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063A4" w14:textId="263FAC61" w:rsidR="00C15629" w:rsidRPr="00BA68AC" w:rsidRDefault="00032131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Понятие спрайтов. Добавление новых спрайтов.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Рисование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новых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объектов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B877B" w14:textId="44BC7EB6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97217" w14:textId="308EE90D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AD897" w14:textId="04A5E0B1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E5FF3" w14:textId="4CEBAEA9" w:rsidR="00C15629" w:rsidRDefault="00032131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47014B34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9351E3" w14:textId="4A317B54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94F59" w14:textId="137864D7" w:rsidR="00C15629" w:rsidRPr="00BA68AC" w:rsidRDefault="00032131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скрипты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Scratch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5FA06" w14:textId="0E55F0D3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F59937" w14:textId="758F5E27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038F13" w14:textId="2E823511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CA112A" w14:textId="089864F6" w:rsidR="00C15629" w:rsidRDefault="00032131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0372E8C0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EE6A8" w14:textId="20B2134A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36990" w14:textId="6FEB8D01" w:rsidR="00C15629" w:rsidRPr="00032131" w:rsidRDefault="00032131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Работа с несколькими объектами. Синхронизация их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858B6F" w14:textId="120486ED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42FE29" w14:textId="181BF47C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1D46C2" w14:textId="6D70F5A6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3F7B88" w14:textId="5965E37E" w:rsidR="00C15629" w:rsidRDefault="00032131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2A2D0FAF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57C725" w14:textId="611394FA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18.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7FB587" w14:textId="02514342" w:rsidR="00C15629" w:rsidRPr="00BA68AC" w:rsidRDefault="00032131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Использование программы </w:t>
            </w:r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Scratch</w:t>
            </w:r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для создания мини-игр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3C2C6" w14:textId="52B8F562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3411C0" w14:textId="037EE555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99DB47" w14:textId="1B7BBDF9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369CDF" w14:textId="34D54678" w:rsidR="00C15629" w:rsidRDefault="00032131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102B65CC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BF87B0" w14:textId="5FFED053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C53FFB" w14:textId="28C2F294" w:rsidR="00C15629" w:rsidRPr="00BA68AC" w:rsidRDefault="00032131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творческого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34603E" w14:textId="1CAA8ECA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5CFF1F" w14:textId="3630AEC5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B3FE82" w14:textId="46A20248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0,75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300B39" w14:textId="74FD406F" w:rsidR="00C15629" w:rsidRDefault="00032131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6EE887AE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ECFFA6" w14:textId="6112EB01" w:rsidR="00C15629" w:rsidRPr="002B06EB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87A83" w14:textId="0E0BB39F" w:rsidR="00C15629" w:rsidRPr="009E7EF0" w:rsidRDefault="00032131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творческого</w:t>
            </w:r>
            <w:proofErr w:type="spellEnd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1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0F37F" w14:textId="56349B38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A0502" w14:textId="04AD7A96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F0E91" w14:textId="18B1AAC4" w:rsidR="00C15629" w:rsidRPr="00032131" w:rsidRDefault="00032131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0,75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AF728" w14:textId="329DD02C" w:rsidR="00C15629" w:rsidRDefault="00032131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38970448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8755A" w14:textId="25A31472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21.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6B047E" w14:textId="1A86F20D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Компьютерная графика. Графический редактор </w:t>
            </w:r>
            <w:proofErr w:type="spellStart"/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Paint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9826EC" w14:textId="3B33AA41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9FAB6" w14:textId="5EA27D44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3DCD3" w14:textId="5FC6855D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9C211" w14:textId="0B76082A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784D93E6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C0C9C" w14:textId="084ACD78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C76F7" w14:textId="07CCD031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Преобразование графических изображений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CC7B5" w14:textId="48176391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864CC2" w14:textId="1AAC7305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3B9ECB" w14:textId="31AB1597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C588B" w14:textId="4A23DBDE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7D1BCCFB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2FE2BA" w14:textId="1063F816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9E34B" w14:textId="76EDD6D0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Создание графических изображений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319966" w14:textId="4453975B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D6C049" w14:textId="64C54E12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B8F62" w14:textId="31B530C5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0,75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BD1C9" w14:textId="5CB6BEB8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1EF51DF4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3A588" w14:textId="2F47946F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421F0E" w14:textId="5937AFE8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070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Текст как форма представления информации. Компьютер – основной инструмент подготовки текстов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AE5553" w14:textId="55E24431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0C00BC" w14:textId="0050FEC8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4ECE2" w14:textId="1C4E7676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9D034" w14:textId="69BF8856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5673B35C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8AE2EC" w14:textId="0A6FA687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25.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3043F0" w14:textId="48644EA4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070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Основные объекты текстового документа. Ввод текста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B1D9C" w14:textId="645EE63D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9BD831" w14:textId="3E4AE3E5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C1A691" w14:textId="1DBEE55F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5DD33" w14:textId="73DE2FDE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45DCCA85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B4B55A" w14:textId="4A63B6C5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E0ADF" w14:textId="4B29D0FB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070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Редактирование текста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13EA4C" w14:textId="27B39538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044EB" w14:textId="5A15AC98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30C702" w14:textId="1E40C65C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C2FA7" w14:textId="2DDF55AE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232895C6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523AA4" w14:textId="75AF53C5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27.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A075C0" w14:textId="1E42FA23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070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Текстовый фрагмент и операции с ним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22E3B" w14:textId="2F703DC4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443AFD" w14:textId="0C8B3ABC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7E689" w14:textId="13B12B04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6C821" w14:textId="6BE6BBC4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3FEDF68A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6831A" w14:textId="28F61531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28.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E062CB" w14:textId="0A82D919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070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Форматирование текста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B0A98" w14:textId="7FFE596C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124502" w14:textId="5458E6E8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E24C2" w14:textId="61167C1C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09682A" w14:textId="0DBE39F4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72DED32F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998AA5" w14:textId="1DAA04BC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68C212" w14:textId="58CF5964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Текстовый</w:t>
            </w: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1542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». Проверочная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9F632" w14:textId="1E847531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96A4D8" w14:textId="30DE5ED8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3ED3A6" w14:textId="36A43229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17812" w14:textId="77777777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  <w:p w14:paraId="7B4A77B2" w14:textId="24F83C5B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Тестирование;</w:t>
            </w:r>
          </w:p>
        </w:tc>
      </w:tr>
      <w:tr w:rsidR="00C15629" w14:paraId="2033C099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17D989" w14:textId="017087A9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012899" w14:textId="6EC51506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9E7E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Компьютерные презентации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F4888" w14:textId="5BB9808A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E3FCE" w14:textId="5DE94BE0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296BA" w14:textId="151AB9EE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B33EB" w14:textId="55C200E8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12B8F154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07BBB" w14:textId="3B37102F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47A016" w14:textId="5B16D948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9E7E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Слайд. Добавление на слайд текста и изображений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D515E1" w14:textId="76851528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520D2" w14:textId="5A10AE2F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8FF18" w14:textId="49ADD0D1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0194DE" w14:textId="0EA9B820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36C91602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0ECD8D" w14:textId="2AC53303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F0703E" w14:textId="19D9264A" w:rsidR="00C15629" w:rsidRPr="009E7EF0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9E7E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Работа с несколькими слайдами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0EC215" w14:textId="6A89965E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386503" w14:textId="4CF72ACC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880593" w14:textId="4ECABE1A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3D397" w14:textId="2009500F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540C711E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E2463" w14:textId="7C6263F7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33.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46C89A" w14:textId="5795DB8D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9E7E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Резервное время. Обобщение и систематизация знаний и умений по курсу информатики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9E7E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класса. Контрольная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A7F3B" w14:textId="3B5A7149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FD89F" w14:textId="4131B943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660B99" w14:textId="52EBC0B6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D0CC0D" w14:textId="7C3EB405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  <w:p w14:paraId="4B3F3CCD" w14:textId="35867B20" w:rsidR="00C15629" w:rsidRP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Тестирование;</w:t>
            </w:r>
          </w:p>
        </w:tc>
      </w:tr>
      <w:tr w:rsidR="00C15629" w14:paraId="0ACF123F" w14:textId="77777777" w:rsidTr="00374CF7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C7445" w14:textId="4AD5A131" w:rsidR="00C15629" w:rsidRDefault="00C15629" w:rsidP="00C1562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E57C3F" w14:textId="62BCDB72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Резервное время. Основные понятия курса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C360E" w14:textId="17B8CEE5" w:rsidR="00C15629" w:rsidRPr="00BA68AC" w:rsidRDefault="00C15629" w:rsidP="00C15629">
            <w:pPr>
              <w:autoSpaceDE w:val="0"/>
              <w:autoSpaceDN w:val="0"/>
              <w:spacing w:after="0" w:line="278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A68A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12A7A2" w14:textId="2B9D216C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B5B597" w14:textId="394CFB15" w:rsidR="00C15629" w:rsidRPr="00C15629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E2219" w14:textId="70037B48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15629" w14:paraId="26E3E257" w14:textId="77777777" w:rsidTr="00374CF7"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B66A79" w14:textId="04A8CC89" w:rsidR="00C15629" w:rsidRPr="002B06EB" w:rsidRDefault="00C15629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 w:rsidRPr="0051200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1F4EF7" w14:textId="3983D277" w:rsidR="00C15629" w:rsidRPr="002B06EB" w:rsidRDefault="00C15629" w:rsidP="00C15629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253D9B" w14:textId="2CD6AC7C" w:rsidR="00C15629" w:rsidRPr="009710E2" w:rsidRDefault="009710E2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2,25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B96862" w14:textId="7A78A7A4" w:rsidR="00C15629" w:rsidRPr="009710E2" w:rsidRDefault="009710E2" w:rsidP="00C15629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79489F" w14:textId="77777777" w:rsidR="00C15629" w:rsidRDefault="00C15629" w:rsidP="00C1562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</w:tbl>
    <w:p w14:paraId="7D436762" w14:textId="653906EB" w:rsidR="001A434F" w:rsidRPr="002B06EB" w:rsidRDefault="001A434F" w:rsidP="00512007">
      <w:pPr>
        <w:spacing w:after="0"/>
        <w:rPr>
          <w:lang w:val="ru-RU"/>
        </w:rPr>
        <w:sectPr w:rsidR="001A434F" w:rsidRPr="002B06EB" w:rsidSect="00512007">
          <w:pgSz w:w="11900" w:h="16840"/>
          <w:pgMar w:top="298" w:right="650" w:bottom="670" w:left="666" w:header="720" w:footer="720" w:gutter="0"/>
          <w:cols w:space="720"/>
          <w:docGrid w:linePitch="360"/>
        </w:sectPr>
      </w:pPr>
    </w:p>
    <w:p w14:paraId="3A0CB62D" w14:textId="77777777" w:rsidR="001A434F" w:rsidRPr="000A19F8" w:rsidRDefault="00B61E33" w:rsidP="00512007">
      <w:pPr>
        <w:autoSpaceDE w:val="0"/>
        <w:autoSpaceDN w:val="0"/>
        <w:spacing w:after="0" w:line="230" w:lineRule="auto"/>
        <w:rPr>
          <w:lang w:val="ru-RU"/>
        </w:rPr>
      </w:pPr>
      <w:r w:rsidRPr="000A19F8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УЧЕБНО-МЕТОДИЧЕСКОЕ ОБЕСПЕЧЕНИЕ ОБРАЗОВАТЕЛЬНОГО ПРОЦЕССА </w:t>
      </w:r>
    </w:p>
    <w:p w14:paraId="14B5A0D6" w14:textId="77777777" w:rsidR="001A434F" w:rsidRPr="004858F3" w:rsidRDefault="00B61E33" w:rsidP="00512007">
      <w:pPr>
        <w:autoSpaceDE w:val="0"/>
        <w:autoSpaceDN w:val="0"/>
        <w:spacing w:after="0" w:line="230" w:lineRule="auto"/>
        <w:rPr>
          <w:lang w:val="ru-RU"/>
        </w:rPr>
      </w:pPr>
      <w:r w:rsidRPr="004858F3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16E7E5F8" w14:textId="438CE956" w:rsidR="001A434F" w:rsidRDefault="00B61E33" w:rsidP="00512007">
      <w:pPr>
        <w:autoSpaceDE w:val="0"/>
        <w:autoSpaceDN w:val="0"/>
        <w:spacing w:after="0" w:line="271" w:lineRule="auto"/>
        <w:ind w:right="1008"/>
        <w:rPr>
          <w:rFonts w:ascii="Times New Roman" w:eastAsia="Times New Roman" w:hAnsi="Times New Roman"/>
          <w:color w:val="000000"/>
          <w:sz w:val="24"/>
          <w:lang w:val="ru-RU"/>
        </w:rPr>
      </w:pP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Информатика, </w:t>
      </w:r>
      <w:r w:rsidR="004858F3">
        <w:rPr>
          <w:rFonts w:ascii="Times New Roman" w:eastAsia="Times New Roman" w:hAnsi="Times New Roman"/>
          <w:color w:val="000000"/>
          <w:sz w:val="24"/>
          <w:lang w:val="ru-RU"/>
        </w:rPr>
        <w:t>5</w:t>
      </w: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 /</w:t>
      </w:r>
      <w:proofErr w:type="spellStart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>Босова</w:t>
      </w:r>
      <w:proofErr w:type="spellEnd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 Л.Л., </w:t>
      </w:r>
      <w:proofErr w:type="spellStart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>Босова</w:t>
      </w:r>
      <w:proofErr w:type="spellEnd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 А.Ю., ООО «БИНОМ. Лаборатория знаний»; </w:t>
      </w:r>
      <w:proofErr w:type="spellStart"/>
      <w:proofErr w:type="gramStart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>АО«</w:t>
      </w:r>
      <w:proofErr w:type="gramEnd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>Издательство</w:t>
      </w:r>
      <w:proofErr w:type="spellEnd"/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Просвещение»;</w:t>
      </w:r>
    </w:p>
    <w:p w14:paraId="0FE06D2D" w14:textId="77777777" w:rsidR="004858F3" w:rsidRPr="00512007" w:rsidRDefault="004858F3" w:rsidP="00512007">
      <w:pPr>
        <w:autoSpaceDE w:val="0"/>
        <w:autoSpaceDN w:val="0"/>
        <w:spacing w:after="0" w:line="271" w:lineRule="auto"/>
        <w:ind w:right="1008"/>
        <w:rPr>
          <w:lang w:val="ru-RU"/>
        </w:rPr>
      </w:pPr>
    </w:p>
    <w:p w14:paraId="596E25B9" w14:textId="77777777" w:rsidR="001A434F" w:rsidRPr="00512007" w:rsidRDefault="00B61E33" w:rsidP="00512007">
      <w:pPr>
        <w:autoSpaceDE w:val="0"/>
        <w:autoSpaceDN w:val="0"/>
        <w:spacing w:after="0" w:line="230" w:lineRule="auto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71AA00BF" w14:textId="286583F9" w:rsidR="001A434F" w:rsidRPr="004858F3" w:rsidRDefault="000D5D03" w:rsidP="004858F3">
      <w:pPr>
        <w:autoSpaceDE w:val="0"/>
        <w:autoSpaceDN w:val="0"/>
        <w:spacing w:after="0" w:line="271" w:lineRule="auto"/>
        <w:ind w:right="-478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Style w:val="aff8"/>
          <w:rFonts w:ascii="Times New Roman" w:eastAsia="Times New Roman" w:hAnsi="Times New Roman"/>
          <w:sz w:val="24"/>
        </w:rPr>
        <w:fldChar w:fldCharType="begin"/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 xml:space="preserve"> </w:instrText>
      </w:r>
      <w:r>
        <w:rPr>
          <w:rStyle w:val="aff8"/>
          <w:rFonts w:ascii="Times New Roman" w:eastAsia="Times New Roman" w:hAnsi="Times New Roman"/>
          <w:sz w:val="24"/>
        </w:rPr>
        <w:instrText>HYPERLINK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 xml:space="preserve"> "</w:instrText>
      </w:r>
      <w:r>
        <w:rPr>
          <w:rStyle w:val="aff8"/>
          <w:rFonts w:ascii="Times New Roman" w:eastAsia="Times New Roman" w:hAnsi="Times New Roman"/>
          <w:sz w:val="24"/>
        </w:rPr>
        <w:instrText>https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://</w:instrText>
      </w:r>
      <w:r>
        <w:rPr>
          <w:rStyle w:val="aff8"/>
          <w:rFonts w:ascii="Times New Roman" w:eastAsia="Times New Roman" w:hAnsi="Times New Roman"/>
          <w:sz w:val="24"/>
        </w:rPr>
        <w:instrText>bosova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.</w:instrText>
      </w:r>
      <w:r>
        <w:rPr>
          <w:rStyle w:val="aff8"/>
          <w:rFonts w:ascii="Times New Roman" w:eastAsia="Times New Roman" w:hAnsi="Times New Roman"/>
          <w:sz w:val="24"/>
        </w:rPr>
        <w:instrText>ru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/</w:instrText>
      </w:r>
      <w:r>
        <w:rPr>
          <w:rStyle w:val="aff8"/>
          <w:rFonts w:ascii="Times New Roman" w:eastAsia="Times New Roman" w:hAnsi="Times New Roman"/>
          <w:sz w:val="24"/>
        </w:rPr>
        <w:instrText>metodist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/</w:instrText>
      </w:r>
      <w:r>
        <w:rPr>
          <w:rStyle w:val="aff8"/>
          <w:rFonts w:ascii="Times New Roman" w:eastAsia="Times New Roman" w:hAnsi="Times New Roman"/>
          <w:sz w:val="24"/>
        </w:rPr>
        <w:instrText>authors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/</w:instrText>
      </w:r>
      <w:r>
        <w:rPr>
          <w:rStyle w:val="aff8"/>
          <w:rFonts w:ascii="Times New Roman" w:eastAsia="Times New Roman" w:hAnsi="Times New Roman"/>
          <w:sz w:val="24"/>
        </w:rPr>
        <w:instrText>informatika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/3/</w:instrText>
      </w:r>
      <w:r>
        <w:rPr>
          <w:rStyle w:val="aff8"/>
          <w:rFonts w:ascii="Times New Roman" w:eastAsia="Times New Roman" w:hAnsi="Times New Roman"/>
          <w:sz w:val="24"/>
        </w:rPr>
        <w:instrText>eor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7.</w:instrText>
      </w:r>
      <w:r>
        <w:rPr>
          <w:rStyle w:val="aff8"/>
          <w:rFonts w:ascii="Times New Roman" w:eastAsia="Times New Roman" w:hAnsi="Times New Roman"/>
          <w:sz w:val="24"/>
        </w:rPr>
        <w:instrText>php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 xml:space="preserve">" </w:instrText>
      </w:r>
      <w:r>
        <w:rPr>
          <w:rStyle w:val="aff8"/>
          <w:rFonts w:ascii="Times New Roman" w:eastAsia="Times New Roman" w:hAnsi="Times New Roman"/>
          <w:sz w:val="24"/>
        </w:rPr>
        <w:fldChar w:fldCharType="separate"/>
      </w:r>
      <w:r w:rsidR="004858F3" w:rsidRPr="004858F3">
        <w:rPr>
          <w:rStyle w:val="aff8"/>
          <w:rFonts w:ascii="Times New Roman" w:eastAsia="Times New Roman" w:hAnsi="Times New Roman"/>
          <w:sz w:val="24"/>
        </w:rPr>
        <w:t>https</w:t>
      </w:r>
      <w:r w:rsidR="004858F3" w:rsidRPr="004858F3">
        <w:rPr>
          <w:rStyle w:val="aff8"/>
          <w:rFonts w:ascii="Times New Roman" w:eastAsia="Times New Roman" w:hAnsi="Times New Roman"/>
          <w:sz w:val="24"/>
          <w:lang w:val="ru-RU"/>
        </w:rPr>
        <w:t>://</w:t>
      </w:r>
      <w:proofErr w:type="spellStart"/>
      <w:r w:rsidR="004858F3" w:rsidRPr="004858F3">
        <w:rPr>
          <w:rStyle w:val="aff8"/>
          <w:rFonts w:ascii="Times New Roman" w:eastAsia="Times New Roman" w:hAnsi="Times New Roman"/>
          <w:sz w:val="24"/>
        </w:rPr>
        <w:t>bosova</w:t>
      </w:r>
      <w:proofErr w:type="spellEnd"/>
      <w:r w:rsidR="004858F3" w:rsidRPr="004858F3">
        <w:rPr>
          <w:rStyle w:val="aff8"/>
          <w:rFonts w:ascii="Times New Roman" w:eastAsia="Times New Roman" w:hAnsi="Times New Roman"/>
          <w:sz w:val="24"/>
          <w:lang w:val="ru-RU"/>
        </w:rPr>
        <w:t>.</w:t>
      </w:r>
      <w:proofErr w:type="spellStart"/>
      <w:r w:rsidR="004858F3" w:rsidRPr="004858F3">
        <w:rPr>
          <w:rStyle w:val="aff8"/>
          <w:rFonts w:ascii="Times New Roman" w:eastAsia="Times New Roman" w:hAnsi="Times New Roman"/>
          <w:sz w:val="24"/>
        </w:rPr>
        <w:t>ru</w:t>
      </w:r>
      <w:proofErr w:type="spellEnd"/>
      <w:r w:rsidR="004858F3" w:rsidRPr="004858F3">
        <w:rPr>
          <w:rStyle w:val="aff8"/>
          <w:rFonts w:ascii="Times New Roman" w:eastAsia="Times New Roman" w:hAnsi="Times New Roman"/>
          <w:sz w:val="24"/>
          <w:lang w:val="ru-RU"/>
        </w:rPr>
        <w:t>/</w:t>
      </w:r>
      <w:proofErr w:type="spellStart"/>
      <w:r w:rsidR="004858F3" w:rsidRPr="004858F3">
        <w:rPr>
          <w:rStyle w:val="aff8"/>
          <w:rFonts w:ascii="Times New Roman" w:eastAsia="Times New Roman" w:hAnsi="Times New Roman"/>
          <w:sz w:val="24"/>
        </w:rPr>
        <w:t>metodist</w:t>
      </w:r>
      <w:proofErr w:type="spellEnd"/>
      <w:r w:rsidR="004858F3" w:rsidRPr="004858F3">
        <w:rPr>
          <w:rStyle w:val="aff8"/>
          <w:rFonts w:ascii="Times New Roman" w:eastAsia="Times New Roman" w:hAnsi="Times New Roman"/>
          <w:sz w:val="24"/>
          <w:lang w:val="ru-RU"/>
        </w:rPr>
        <w:t>/</w:t>
      </w:r>
      <w:r w:rsidR="004858F3" w:rsidRPr="004858F3">
        <w:rPr>
          <w:rStyle w:val="aff8"/>
          <w:rFonts w:ascii="Times New Roman" w:eastAsia="Times New Roman" w:hAnsi="Times New Roman"/>
          <w:sz w:val="24"/>
        </w:rPr>
        <w:t>authors</w:t>
      </w:r>
      <w:r w:rsidR="004858F3" w:rsidRPr="004858F3">
        <w:rPr>
          <w:rStyle w:val="aff8"/>
          <w:rFonts w:ascii="Times New Roman" w:eastAsia="Times New Roman" w:hAnsi="Times New Roman"/>
          <w:sz w:val="24"/>
          <w:lang w:val="ru-RU"/>
        </w:rPr>
        <w:t>/</w:t>
      </w:r>
      <w:proofErr w:type="spellStart"/>
      <w:r w:rsidR="004858F3" w:rsidRPr="004858F3">
        <w:rPr>
          <w:rStyle w:val="aff8"/>
          <w:rFonts w:ascii="Times New Roman" w:eastAsia="Times New Roman" w:hAnsi="Times New Roman"/>
          <w:sz w:val="24"/>
        </w:rPr>
        <w:t>informatika</w:t>
      </w:r>
      <w:proofErr w:type="spellEnd"/>
      <w:r w:rsidR="004858F3" w:rsidRPr="004858F3">
        <w:rPr>
          <w:rStyle w:val="aff8"/>
          <w:rFonts w:ascii="Times New Roman" w:eastAsia="Times New Roman" w:hAnsi="Times New Roman"/>
          <w:sz w:val="24"/>
          <w:lang w:val="ru-RU"/>
        </w:rPr>
        <w:t>/3/</w:t>
      </w:r>
      <w:proofErr w:type="spellStart"/>
      <w:r w:rsidR="004858F3" w:rsidRPr="004858F3">
        <w:rPr>
          <w:rStyle w:val="aff8"/>
          <w:rFonts w:ascii="Times New Roman" w:eastAsia="Times New Roman" w:hAnsi="Times New Roman"/>
          <w:sz w:val="24"/>
        </w:rPr>
        <w:t>eor</w:t>
      </w:r>
      <w:proofErr w:type="spellEnd"/>
      <w:r w:rsidR="004858F3" w:rsidRPr="004858F3">
        <w:rPr>
          <w:rStyle w:val="aff8"/>
          <w:rFonts w:ascii="Times New Roman" w:eastAsia="Times New Roman" w:hAnsi="Times New Roman"/>
          <w:sz w:val="24"/>
          <w:lang w:val="ru-RU"/>
        </w:rPr>
        <w:t>7.</w:t>
      </w:r>
      <w:proofErr w:type="spellStart"/>
      <w:r w:rsidR="004858F3" w:rsidRPr="004858F3">
        <w:rPr>
          <w:rStyle w:val="aff8"/>
          <w:rFonts w:ascii="Times New Roman" w:eastAsia="Times New Roman" w:hAnsi="Times New Roman"/>
          <w:sz w:val="24"/>
        </w:rPr>
        <w:t>php</w:t>
      </w:r>
      <w:proofErr w:type="spellEnd"/>
      <w:r>
        <w:rPr>
          <w:rStyle w:val="aff8"/>
          <w:rFonts w:ascii="Times New Roman" w:eastAsia="Times New Roman" w:hAnsi="Times New Roman"/>
          <w:sz w:val="24"/>
        </w:rPr>
        <w:fldChar w:fldCharType="end"/>
      </w:r>
      <w:r w:rsidR="004858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14:paraId="4CCB482E" w14:textId="77777777" w:rsidR="004858F3" w:rsidRPr="00512007" w:rsidRDefault="004858F3" w:rsidP="00512007">
      <w:pPr>
        <w:autoSpaceDE w:val="0"/>
        <w:autoSpaceDN w:val="0"/>
        <w:spacing w:after="0" w:line="271" w:lineRule="auto"/>
        <w:ind w:right="4752"/>
        <w:rPr>
          <w:lang w:val="ru-RU"/>
        </w:rPr>
      </w:pPr>
    </w:p>
    <w:p w14:paraId="21EB97B9" w14:textId="77777777" w:rsidR="001A434F" w:rsidRPr="00512007" w:rsidRDefault="00B61E33" w:rsidP="00512007">
      <w:pPr>
        <w:autoSpaceDE w:val="0"/>
        <w:autoSpaceDN w:val="0"/>
        <w:spacing w:after="0" w:line="230" w:lineRule="auto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75B1A339" w14:textId="5505FCBB" w:rsidR="004858F3" w:rsidRDefault="000D5D03" w:rsidP="004858F3">
      <w:pPr>
        <w:autoSpaceDE w:val="0"/>
        <w:autoSpaceDN w:val="0"/>
        <w:spacing w:after="0" w:line="262" w:lineRule="auto"/>
        <w:ind w:right="-52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Style w:val="aff8"/>
          <w:rFonts w:ascii="Times New Roman" w:eastAsia="Times New Roman" w:hAnsi="Times New Roman"/>
          <w:sz w:val="24"/>
        </w:rPr>
        <w:fldChar w:fldCharType="begin"/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 xml:space="preserve"> </w:instrText>
      </w:r>
      <w:r>
        <w:rPr>
          <w:rStyle w:val="aff8"/>
          <w:rFonts w:ascii="Times New Roman" w:eastAsia="Times New Roman" w:hAnsi="Times New Roman"/>
          <w:sz w:val="24"/>
        </w:rPr>
        <w:instrText>HYPERLINK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 xml:space="preserve"> "</w:instrText>
      </w:r>
      <w:r>
        <w:rPr>
          <w:rStyle w:val="aff8"/>
          <w:rFonts w:ascii="Times New Roman" w:eastAsia="Times New Roman" w:hAnsi="Times New Roman"/>
          <w:sz w:val="24"/>
        </w:rPr>
        <w:instrText>https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://</w:instrText>
      </w:r>
      <w:r>
        <w:rPr>
          <w:rStyle w:val="aff8"/>
          <w:rFonts w:ascii="Times New Roman" w:eastAsia="Times New Roman" w:hAnsi="Times New Roman"/>
          <w:sz w:val="24"/>
        </w:rPr>
        <w:instrText>www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.</w:instrText>
      </w:r>
      <w:r>
        <w:rPr>
          <w:rStyle w:val="aff8"/>
          <w:rFonts w:ascii="Times New Roman" w:eastAsia="Times New Roman" w:hAnsi="Times New Roman"/>
          <w:sz w:val="24"/>
        </w:rPr>
        <w:instrText>yaklass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.</w:instrText>
      </w:r>
      <w:r>
        <w:rPr>
          <w:rStyle w:val="aff8"/>
          <w:rFonts w:ascii="Times New Roman" w:eastAsia="Times New Roman" w:hAnsi="Times New Roman"/>
          <w:sz w:val="24"/>
        </w:rPr>
        <w:instrText>ru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 xml:space="preserve">/" </w:instrText>
      </w:r>
      <w:r>
        <w:rPr>
          <w:rStyle w:val="aff8"/>
          <w:rFonts w:ascii="Times New Roman" w:eastAsia="Times New Roman" w:hAnsi="Times New Roman"/>
          <w:sz w:val="24"/>
        </w:rPr>
        <w:fldChar w:fldCharType="separate"/>
      </w:r>
      <w:r w:rsidR="004858F3" w:rsidRPr="009C7816">
        <w:rPr>
          <w:rStyle w:val="aff8"/>
          <w:rFonts w:ascii="Times New Roman" w:eastAsia="Times New Roman" w:hAnsi="Times New Roman"/>
          <w:sz w:val="24"/>
        </w:rPr>
        <w:t>https</w:t>
      </w:r>
      <w:r w:rsidR="004858F3" w:rsidRPr="009C7816">
        <w:rPr>
          <w:rStyle w:val="aff8"/>
          <w:rFonts w:ascii="Times New Roman" w:eastAsia="Times New Roman" w:hAnsi="Times New Roman"/>
          <w:sz w:val="24"/>
          <w:lang w:val="ru-RU"/>
        </w:rPr>
        <w:t>://</w:t>
      </w:r>
      <w:r w:rsidR="004858F3" w:rsidRPr="009C7816">
        <w:rPr>
          <w:rStyle w:val="aff8"/>
          <w:rFonts w:ascii="Times New Roman" w:eastAsia="Times New Roman" w:hAnsi="Times New Roman"/>
          <w:sz w:val="24"/>
        </w:rPr>
        <w:t>www</w:t>
      </w:r>
      <w:r w:rsidR="004858F3" w:rsidRPr="009C7816">
        <w:rPr>
          <w:rStyle w:val="aff8"/>
          <w:rFonts w:ascii="Times New Roman" w:eastAsia="Times New Roman" w:hAnsi="Times New Roman"/>
          <w:sz w:val="24"/>
          <w:lang w:val="ru-RU"/>
        </w:rPr>
        <w:t>.</w:t>
      </w:r>
      <w:proofErr w:type="spellStart"/>
      <w:r w:rsidR="004858F3" w:rsidRPr="009C7816">
        <w:rPr>
          <w:rStyle w:val="aff8"/>
          <w:rFonts w:ascii="Times New Roman" w:eastAsia="Times New Roman" w:hAnsi="Times New Roman"/>
          <w:sz w:val="24"/>
        </w:rPr>
        <w:t>yaklass</w:t>
      </w:r>
      <w:proofErr w:type="spellEnd"/>
      <w:r w:rsidR="004858F3" w:rsidRPr="009C7816">
        <w:rPr>
          <w:rStyle w:val="aff8"/>
          <w:rFonts w:ascii="Times New Roman" w:eastAsia="Times New Roman" w:hAnsi="Times New Roman"/>
          <w:sz w:val="24"/>
          <w:lang w:val="ru-RU"/>
        </w:rPr>
        <w:t>.</w:t>
      </w:r>
      <w:proofErr w:type="spellStart"/>
      <w:r w:rsidR="004858F3" w:rsidRPr="009C7816">
        <w:rPr>
          <w:rStyle w:val="aff8"/>
          <w:rFonts w:ascii="Times New Roman" w:eastAsia="Times New Roman" w:hAnsi="Times New Roman"/>
          <w:sz w:val="24"/>
        </w:rPr>
        <w:t>ru</w:t>
      </w:r>
      <w:proofErr w:type="spellEnd"/>
      <w:r w:rsidR="004858F3" w:rsidRPr="009C7816">
        <w:rPr>
          <w:rStyle w:val="aff8"/>
          <w:rFonts w:ascii="Times New Roman" w:eastAsia="Times New Roman" w:hAnsi="Times New Roman"/>
          <w:sz w:val="24"/>
          <w:lang w:val="ru-RU"/>
        </w:rPr>
        <w:t>/</w:t>
      </w:r>
      <w:r>
        <w:rPr>
          <w:rStyle w:val="aff8"/>
          <w:rFonts w:ascii="Times New Roman" w:eastAsia="Times New Roman" w:hAnsi="Times New Roman"/>
          <w:sz w:val="24"/>
          <w:lang w:val="ru-RU"/>
        </w:rPr>
        <w:fldChar w:fldCharType="end"/>
      </w:r>
    </w:p>
    <w:p w14:paraId="04BC5597" w14:textId="627CEF78" w:rsidR="000A19F8" w:rsidRPr="00D730B5" w:rsidRDefault="000D5D03" w:rsidP="004858F3">
      <w:pPr>
        <w:autoSpaceDE w:val="0"/>
        <w:autoSpaceDN w:val="0"/>
        <w:spacing w:after="0" w:line="262" w:lineRule="auto"/>
        <w:ind w:right="-52"/>
        <w:rPr>
          <w:rStyle w:val="aff8"/>
          <w:rFonts w:ascii="Times New Roman" w:eastAsia="Times New Roman" w:hAnsi="Times New Roman"/>
          <w:sz w:val="24"/>
          <w:lang w:val="ru-RU"/>
        </w:rPr>
      </w:pPr>
      <w:r>
        <w:rPr>
          <w:rStyle w:val="aff8"/>
          <w:rFonts w:ascii="Times New Roman" w:eastAsia="Times New Roman" w:hAnsi="Times New Roman"/>
          <w:sz w:val="24"/>
        </w:rPr>
        <w:fldChar w:fldCharType="begin"/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 xml:space="preserve"> </w:instrText>
      </w:r>
      <w:r>
        <w:rPr>
          <w:rStyle w:val="aff8"/>
          <w:rFonts w:ascii="Times New Roman" w:eastAsia="Times New Roman" w:hAnsi="Times New Roman"/>
          <w:sz w:val="24"/>
        </w:rPr>
        <w:instrText>HYPERLINK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 xml:space="preserve"> "</w:instrText>
      </w:r>
      <w:r>
        <w:rPr>
          <w:rStyle w:val="aff8"/>
          <w:rFonts w:ascii="Times New Roman" w:eastAsia="Times New Roman" w:hAnsi="Times New Roman"/>
          <w:sz w:val="24"/>
        </w:rPr>
        <w:instrText>https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://</w:instrText>
      </w:r>
      <w:r>
        <w:rPr>
          <w:rStyle w:val="aff8"/>
          <w:rFonts w:ascii="Times New Roman" w:eastAsia="Times New Roman" w:hAnsi="Times New Roman"/>
          <w:sz w:val="24"/>
        </w:rPr>
        <w:instrText>ru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.</w:instrText>
      </w:r>
      <w:r>
        <w:rPr>
          <w:rStyle w:val="aff8"/>
          <w:rFonts w:ascii="Times New Roman" w:eastAsia="Times New Roman" w:hAnsi="Times New Roman"/>
          <w:sz w:val="24"/>
        </w:rPr>
        <w:instrText>coreapp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.</w:instrText>
      </w:r>
      <w:r>
        <w:rPr>
          <w:rStyle w:val="aff8"/>
          <w:rFonts w:ascii="Times New Roman" w:eastAsia="Times New Roman" w:hAnsi="Times New Roman"/>
          <w:sz w:val="24"/>
        </w:rPr>
        <w:instrText>ai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/</w:instrText>
      </w:r>
      <w:r>
        <w:rPr>
          <w:rStyle w:val="aff8"/>
          <w:rFonts w:ascii="Times New Roman" w:eastAsia="Times New Roman" w:hAnsi="Times New Roman"/>
          <w:sz w:val="24"/>
        </w:rPr>
        <w:instrText>solutions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>/</w:instrText>
      </w:r>
      <w:r>
        <w:rPr>
          <w:rStyle w:val="aff8"/>
          <w:rFonts w:ascii="Times New Roman" w:eastAsia="Times New Roman" w:hAnsi="Times New Roman"/>
          <w:sz w:val="24"/>
        </w:rPr>
        <w:instrText>school</w:instrText>
      </w:r>
      <w:r w:rsidRPr="000D5D03">
        <w:rPr>
          <w:rStyle w:val="aff8"/>
          <w:rFonts w:ascii="Times New Roman" w:eastAsia="Times New Roman" w:hAnsi="Times New Roman"/>
          <w:sz w:val="24"/>
          <w:lang w:val="ru-RU"/>
        </w:rPr>
        <w:instrText xml:space="preserve">" </w:instrText>
      </w:r>
      <w:r>
        <w:rPr>
          <w:rStyle w:val="aff8"/>
          <w:rFonts w:ascii="Times New Roman" w:eastAsia="Times New Roman" w:hAnsi="Times New Roman"/>
          <w:sz w:val="24"/>
        </w:rPr>
        <w:fldChar w:fldCharType="separate"/>
      </w:r>
      <w:r w:rsidR="004858F3" w:rsidRPr="009C7816">
        <w:rPr>
          <w:rStyle w:val="aff8"/>
          <w:rFonts w:ascii="Times New Roman" w:eastAsia="Times New Roman" w:hAnsi="Times New Roman"/>
          <w:sz w:val="24"/>
        </w:rPr>
        <w:t>https</w:t>
      </w:r>
      <w:r w:rsidR="004858F3" w:rsidRPr="009C7816">
        <w:rPr>
          <w:rStyle w:val="aff8"/>
          <w:rFonts w:ascii="Times New Roman" w:eastAsia="Times New Roman" w:hAnsi="Times New Roman"/>
          <w:sz w:val="24"/>
          <w:lang w:val="ru-RU"/>
        </w:rPr>
        <w:t>://</w:t>
      </w:r>
      <w:proofErr w:type="spellStart"/>
      <w:r w:rsidR="004858F3" w:rsidRPr="009C7816">
        <w:rPr>
          <w:rStyle w:val="aff8"/>
          <w:rFonts w:ascii="Times New Roman" w:eastAsia="Times New Roman" w:hAnsi="Times New Roman"/>
          <w:sz w:val="24"/>
        </w:rPr>
        <w:t>ru</w:t>
      </w:r>
      <w:proofErr w:type="spellEnd"/>
      <w:r w:rsidR="004858F3" w:rsidRPr="009C7816">
        <w:rPr>
          <w:rStyle w:val="aff8"/>
          <w:rFonts w:ascii="Times New Roman" w:eastAsia="Times New Roman" w:hAnsi="Times New Roman"/>
          <w:sz w:val="24"/>
          <w:lang w:val="ru-RU"/>
        </w:rPr>
        <w:t>.</w:t>
      </w:r>
      <w:proofErr w:type="spellStart"/>
      <w:r w:rsidR="004858F3" w:rsidRPr="009C7816">
        <w:rPr>
          <w:rStyle w:val="aff8"/>
          <w:rFonts w:ascii="Times New Roman" w:eastAsia="Times New Roman" w:hAnsi="Times New Roman"/>
          <w:sz w:val="24"/>
        </w:rPr>
        <w:t>coreapp</w:t>
      </w:r>
      <w:proofErr w:type="spellEnd"/>
      <w:r w:rsidR="004858F3" w:rsidRPr="009C7816">
        <w:rPr>
          <w:rStyle w:val="aff8"/>
          <w:rFonts w:ascii="Times New Roman" w:eastAsia="Times New Roman" w:hAnsi="Times New Roman"/>
          <w:sz w:val="24"/>
          <w:lang w:val="ru-RU"/>
        </w:rPr>
        <w:t>.</w:t>
      </w:r>
      <w:proofErr w:type="spellStart"/>
      <w:r w:rsidR="004858F3" w:rsidRPr="009C7816">
        <w:rPr>
          <w:rStyle w:val="aff8"/>
          <w:rFonts w:ascii="Times New Roman" w:eastAsia="Times New Roman" w:hAnsi="Times New Roman"/>
          <w:sz w:val="24"/>
        </w:rPr>
        <w:t>ai</w:t>
      </w:r>
      <w:proofErr w:type="spellEnd"/>
      <w:r w:rsidR="004858F3" w:rsidRPr="009C7816">
        <w:rPr>
          <w:rStyle w:val="aff8"/>
          <w:rFonts w:ascii="Times New Roman" w:eastAsia="Times New Roman" w:hAnsi="Times New Roman"/>
          <w:sz w:val="24"/>
          <w:lang w:val="ru-RU"/>
        </w:rPr>
        <w:t>/</w:t>
      </w:r>
      <w:r w:rsidR="004858F3" w:rsidRPr="009C7816">
        <w:rPr>
          <w:rStyle w:val="aff8"/>
          <w:rFonts w:ascii="Times New Roman" w:eastAsia="Times New Roman" w:hAnsi="Times New Roman"/>
          <w:sz w:val="24"/>
        </w:rPr>
        <w:t>solutions</w:t>
      </w:r>
      <w:r w:rsidR="004858F3" w:rsidRPr="009C7816">
        <w:rPr>
          <w:rStyle w:val="aff8"/>
          <w:rFonts w:ascii="Times New Roman" w:eastAsia="Times New Roman" w:hAnsi="Times New Roman"/>
          <w:sz w:val="24"/>
          <w:lang w:val="ru-RU"/>
        </w:rPr>
        <w:t>/</w:t>
      </w:r>
      <w:r w:rsidR="004858F3" w:rsidRPr="009C7816">
        <w:rPr>
          <w:rStyle w:val="aff8"/>
          <w:rFonts w:ascii="Times New Roman" w:eastAsia="Times New Roman" w:hAnsi="Times New Roman"/>
          <w:sz w:val="24"/>
        </w:rPr>
        <w:t>school</w:t>
      </w:r>
      <w:r>
        <w:rPr>
          <w:rStyle w:val="aff8"/>
          <w:rFonts w:ascii="Times New Roman" w:eastAsia="Times New Roman" w:hAnsi="Times New Roman"/>
          <w:sz w:val="24"/>
        </w:rPr>
        <w:fldChar w:fldCharType="end"/>
      </w:r>
    </w:p>
    <w:p w14:paraId="6DFBAFB3" w14:textId="29C51F28" w:rsidR="000D18E7" w:rsidRPr="00D730B5" w:rsidRDefault="000D5D03" w:rsidP="004858F3">
      <w:pPr>
        <w:autoSpaceDE w:val="0"/>
        <w:autoSpaceDN w:val="0"/>
        <w:spacing w:after="0" w:line="262" w:lineRule="auto"/>
        <w:ind w:right="-52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8" w:history="1">
        <w:r w:rsidR="000D18E7" w:rsidRPr="00B54706">
          <w:rPr>
            <w:rStyle w:val="aff8"/>
            <w:rFonts w:ascii="Times New Roman" w:eastAsia="Times New Roman" w:hAnsi="Times New Roman"/>
            <w:sz w:val="24"/>
            <w:lang w:val="ru-RU"/>
          </w:rPr>
          <w:t>https://resh.edu.ru/</w:t>
        </w:r>
      </w:hyperlink>
      <w:r w:rsidR="000D18E7" w:rsidRPr="00D730B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14:paraId="58D65AF1" w14:textId="77777777" w:rsidR="004858F3" w:rsidRPr="004858F3" w:rsidRDefault="004858F3" w:rsidP="004858F3">
      <w:pPr>
        <w:autoSpaceDE w:val="0"/>
        <w:autoSpaceDN w:val="0"/>
        <w:spacing w:after="0" w:line="262" w:lineRule="auto"/>
        <w:ind w:right="-5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63740AA2" w14:textId="75C8E574" w:rsidR="000A19F8" w:rsidRDefault="000A19F8">
      <w:pPr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br w:type="page"/>
      </w:r>
    </w:p>
    <w:p w14:paraId="53E7A4A3" w14:textId="03B9AA06" w:rsidR="001A434F" w:rsidRPr="00512007" w:rsidRDefault="00B61E33" w:rsidP="00512007">
      <w:pPr>
        <w:autoSpaceDE w:val="0"/>
        <w:autoSpaceDN w:val="0"/>
        <w:spacing w:after="0" w:line="230" w:lineRule="auto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МАТЕРИАЛЬНО-ТЕХНИЧЕСКОЕ ОБЕСПЕЧЕНИЕ ОБРАЗОВАТЕЛЬНОГО ПРОЦЕССА</w:t>
      </w:r>
    </w:p>
    <w:p w14:paraId="78A3D55B" w14:textId="77777777" w:rsidR="001A434F" w:rsidRPr="00512007" w:rsidRDefault="00B61E33" w:rsidP="00512007">
      <w:pPr>
        <w:autoSpaceDE w:val="0"/>
        <w:autoSpaceDN w:val="0"/>
        <w:spacing w:after="0" w:line="230" w:lineRule="auto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14:paraId="4227E0B7" w14:textId="77777777" w:rsidR="004858F3" w:rsidRDefault="00B61E33" w:rsidP="004858F3">
      <w:pPr>
        <w:autoSpaceDE w:val="0"/>
        <w:autoSpaceDN w:val="0"/>
        <w:spacing w:after="0"/>
        <w:ind w:right="89"/>
        <w:rPr>
          <w:rFonts w:ascii="Times New Roman" w:eastAsia="Times New Roman" w:hAnsi="Times New Roman"/>
          <w:color w:val="000000"/>
          <w:sz w:val="24"/>
          <w:lang w:val="ru-RU"/>
        </w:rPr>
      </w:pP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Компьютер/ноутбук для учителя </w:t>
      </w:r>
    </w:p>
    <w:p w14:paraId="5207CDD2" w14:textId="77777777" w:rsidR="004858F3" w:rsidRDefault="00B61E33" w:rsidP="004858F3">
      <w:pPr>
        <w:autoSpaceDE w:val="0"/>
        <w:autoSpaceDN w:val="0"/>
        <w:spacing w:after="0"/>
        <w:ind w:right="89"/>
        <w:rPr>
          <w:rFonts w:ascii="Times New Roman" w:eastAsia="Times New Roman" w:hAnsi="Times New Roman"/>
          <w:color w:val="000000"/>
          <w:sz w:val="24"/>
          <w:lang w:val="ru-RU"/>
        </w:rPr>
      </w:pP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Проектор </w:t>
      </w:r>
    </w:p>
    <w:p w14:paraId="185A5673" w14:textId="77777777" w:rsidR="004858F3" w:rsidRDefault="00B61E33" w:rsidP="004858F3">
      <w:pPr>
        <w:autoSpaceDE w:val="0"/>
        <w:autoSpaceDN w:val="0"/>
        <w:spacing w:after="0"/>
        <w:ind w:right="89"/>
        <w:rPr>
          <w:rFonts w:ascii="Times New Roman" w:eastAsia="Times New Roman" w:hAnsi="Times New Roman"/>
          <w:color w:val="000000"/>
          <w:sz w:val="24"/>
          <w:lang w:val="ru-RU"/>
        </w:rPr>
      </w:pP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Компьютеры/ноутбуки для обучающихся </w:t>
      </w:r>
    </w:p>
    <w:p w14:paraId="403D0396" w14:textId="37F4EC3F" w:rsidR="001A434F" w:rsidRPr="004858F3" w:rsidRDefault="00B61E33" w:rsidP="004858F3">
      <w:pPr>
        <w:autoSpaceDE w:val="0"/>
        <w:autoSpaceDN w:val="0"/>
        <w:spacing w:after="0"/>
        <w:ind w:right="89"/>
        <w:rPr>
          <w:lang w:val="ru-RU"/>
        </w:rPr>
      </w:pP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Программное обеспечение: </w:t>
      </w:r>
      <w:r w:rsidR="004858F3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текстовый редактор, </w:t>
      </w:r>
      <w:r w:rsidR="004858F3" w:rsidRPr="004858F3">
        <w:rPr>
          <w:rFonts w:ascii="Times New Roman" w:eastAsia="Times New Roman" w:hAnsi="Times New Roman"/>
          <w:color w:val="000000"/>
          <w:sz w:val="24"/>
          <w:lang w:val="ru-RU"/>
        </w:rPr>
        <w:t>программа подготовки презентаций</w:t>
      </w:r>
      <w:r w:rsidR="004858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="004858F3" w:rsidRPr="004858F3">
        <w:rPr>
          <w:rFonts w:ascii="Times New Roman" w:eastAsia="Times New Roman" w:hAnsi="Times New Roman"/>
          <w:color w:val="000000"/>
          <w:sz w:val="24"/>
          <w:lang w:val="ru-RU"/>
        </w:rPr>
        <w:t xml:space="preserve">Визуально-блочная событийно-ориентированная среда программирования </w:t>
      </w:r>
      <w:r w:rsidR="004858F3">
        <w:rPr>
          <w:rFonts w:ascii="Times New Roman" w:eastAsia="Times New Roman" w:hAnsi="Times New Roman"/>
          <w:color w:val="000000"/>
          <w:sz w:val="24"/>
        </w:rPr>
        <w:t>Scratch</w:t>
      </w:r>
    </w:p>
    <w:p w14:paraId="7FBF7152" w14:textId="77777777" w:rsidR="001A434F" w:rsidRPr="00512007" w:rsidRDefault="00B61E33" w:rsidP="004858F3">
      <w:pPr>
        <w:autoSpaceDE w:val="0"/>
        <w:autoSpaceDN w:val="0"/>
        <w:spacing w:after="0" w:line="230" w:lineRule="auto"/>
        <w:ind w:right="89"/>
        <w:rPr>
          <w:lang w:val="ru-RU"/>
        </w:rPr>
      </w:pPr>
      <w:r w:rsidRPr="0051200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14:paraId="29C23946" w14:textId="77777777" w:rsidR="004858F3" w:rsidRDefault="00B61E33" w:rsidP="004858F3">
      <w:pPr>
        <w:autoSpaceDE w:val="0"/>
        <w:autoSpaceDN w:val="0"/>
        <w:spacing w:after="0"/>
        <w:ind w:right="89"/>
        <w:rPr>
          <w:rFonts w:ascii="Times New Roman" w:eastAsia="Times New Roman" w:hAnsi="Times New Roman"/>
          <w:color w:val="000000"/>
          <w:sz w:val="24"/>
          <w:lang w:val="ru-RU"/>
        </w:rPr>
      </w:pP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Компьютеры/ноутбуки для обучающихся </w:t>
      </w:r>
    </w:p>
    <w:p w14:paraId="08D10170" w14:textId="4AC2AF0C" w:rsidR="004858F3" w:rsidRPr="004858F3" w:rsidRDefault="00B61E33" w:rsidP="004858F3">
      <w:pPr>
        <w:autoSpaceDE w:val="0"/>
        <w:autoSpaceDN w:val="0"/>
        <w:spacing w:after="0"/>
        <w:ind w:right="89"/>
        <w:rPr>
          <w:lang w:val="ru-RU"/>
        </w:rPr>
      </w:pPr>
      <w:r w:rsidRPr="0051200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Программное обеспечение: </w:t>
      </w:r>
      <w:r w:rsidR="004858F3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текстовый редактор, </w:t>
      </w:r>
      <w:r w:rsidR="004858F3" w:rsidRPr="004858F3">
        <w:rPr>
          <w:rFonts w:ascii="Times New Roman" w:eastAsia="Times New Roman" w:hAnsi="Times New Roman"/>
          <w:color w:val="000000"/>
          <w:sz w:val="24"/>
          <w:lang w:val="ru-RU"/>
        </w:rPr>
        <w:t>программа подготовки презентаций</w:t>
      </w:r>
      <w:r w:rsidR="004858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="004858F3" w:rsidRPr="004858F3">
        <w:rPr>
          <w:rFonts w:ascii="Times New Roman" w:eastAsia="Times New Roman" w:hAnsi="Times New Roman"/>
          <w:color w:val="000000"/>
          <w:sz w:val="24"/>
          <w:lang w:val="ru-RU"/>
        </w:rPr>
        <w:t xml:space="preserve">Визуально-блочная событийно-ориентированная среда программирования </w:t>
      </w:r>
      <w:r w:rsidR="004858F3">
        <w:rPr>
          <w:rFonts w:ascii="Times New Roman" w:eastAsia="Times New Roman" w:hAnsi="Times New Roman"/>
          <w:color w:val="000000"/>
          <w:sz w:val="24"/>
        </w:rPr>
        <w:t>Scratch</w:t>
      </w:r>
    </w:p>
    <w:p w14:paraId="5BB28C4C" w14:textId="5530EAD8" w:rsidR="00B61E33" w:rsidRPr="00512007" w:rsidRDefault="00B61E33" w:rsidP="004858F3">
      <w:pPr>
        <w:autoSpaceDE w:val="0"/>
        <w:autoSpaceDN w:val="0"/>
        <w:spacing w:after="0" w:line="262" w:lineRule="auto"/>
        <w:ind w:right="89"/>
        <w:rPr>
          <w:lang w:val="ru-RU"/>
        </w:rPr>
      </w:pPr>
    </w:p>
    <w:sectPr w:rsidR="00B61E33" w:rsidRPr="00512007" w:rsidSect="0051200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077EE2"/>
    <w:multiLevelType w:val="hybridMultilevel"/>
    <w:tmpl w:val="D7348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546AB0"/>
    <w:multiLevelType w:val="hybridMultilevel"/>
    <w:tmpl w:val="5FC8D184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1D86"/>
    <w:multiLevelType w:val="hybridMultilevel"/>
    <w:tmpl w:val="6DEED86C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F5293"/>
    <w:multiLevelType w:val="hybridMultilevel"/>
    <w:tmpl w:val="25F444B2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82C5A"/>
    <w:multiLevelType w:val="hybridMultilevel"/>
    <w:tmpl w:val="8CC4DD12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A4E5D"/>
    <w:multiLevelType w:val="hybridMultilevel"/>
    <w:tmpl w:val="C96CB5B0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B6DAB"/>
    <w:multiLevelType w:val="hybridMultilevel"/>
    <w:tmpl w:val="C1461332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F3423"/>
    <w:multiLevelType w:val="hybridMultilevel"/>
    <w:tmpl w:val="DD2A1D16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73227"/>
    <w:multiLevelType w:val="hybridMultilevel"/>
    <w:tmpl w:val="8EF61EA2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D7E8B"/>
    <w:multiLevelType w:val="hybridMultilevel"/>
    <w:tmpl w:val="B75CF458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E03A14"/>
    <w:multiLevelType w:val="hybridMultilevel"/>
    <w:tmpl w:val="874ABD7E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036F13"/>
    <w:multiLevelType w:val="hybridMultilevel"/>
    <w:tmpl w:val="EE688C58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81495"/>
    <w:multiLevelType w:val="hybridMultilevel"/>
    <w:tmpl w:val="82F09EC4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84B1C"/>
    <w:multiLevelType w:val="hybridMultilevel"/>
    <w:tmpl w:val="74D46B40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86723"/>
    <w:multiLevelType w:val="hybridMultilevel"/>
    <w:tmpl w:val="9678F5BA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030F86"/>
    <w:multiLevelType w:val="hybridMultilevel"/>
    <w:tmpl w:val="7842E324"/>
    <w:lvl w:ilvl="0" w:tplc="B1D6F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3"/>
  </w:num>
  <w:num w:numId="12">
    <w:abstractNumId w:val="20"/>
  </w:num>
  <w:num w:numId="13">
    <w:abstractNumId w:val="18"/>
  </w:num>
  <w:num w:numId="14">
    <w:abstractNumId w:val="15"/>
  </w:num>
  <w:num w:numId="15">
    <w:abstractNumId w:val="11"/>
  </w:num>
  <w:num w:numId="16">
    <w:abstractNumId w:val="16"/>
  </w:num>
  <w:num w:numId="17">
    <w:abstractNumId w:val="17"/>
  </w:num>
  <w:num w:numId="18">
    <w:abstractNumId w:val="12"/>
  </w:num>
  <w:num w:numId="19">
    <w:abstractNumId w:val="19"/>
  </w:num>
  <w:num w:numId="20">
    <w:abstractNumId w:val="24"/>
  </w:num>
  <w:num w:numId="21">
    <w:abstractNumId w:val="23"/>
  </w:num>
  <w:num w:numId="22">
    <w:abstractNumId w:val="21"/>
  </w:num>
  <w:num w:numId="23">
    <w:abstractNumId w:val="22"/>
  </w:num>
  <w:num w:numId="24">
    <w:abstractNumId w:val="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2131"/>
    <w:rsid w:val="00034616"/>
    <w:rsid w:val="00055855"/>
    <w:rsid w:val="0006063C"/>
    <w:rsid w:val="000A19F8"/>
    <w:rsid w:val="000D18E7"/>
    <w:rsid w:val="000D5D03"/>
    <w:rsid w:val="00131067"/>
    <w:rsid w:val="0015074B"/>
    <w:rsid w:val="001542CF"/>
    <w:rsid w:val="00170122"/>
    <w:rsid w:val="001A434F"/>
    <w:rsid w:val="001D1129"/>
    <w:rsid w:val="00216C0C"/>
    <w:rsid w:val="0029639D"/>
    <w:rsid w:val="002B06EB"/>
    <w:rsid w:val="00326F90"/>
    <w:rsid w:val="003503E7"/>
    <w:rsid w:val="0035259C"/>
    <w:rsid w:val="00374CF7"/>
    <w:rsid w:val="003D0665"/>
    <w:rsid w:val="004510A6"/>
    <w:rsid w:val="00460D4D"/>
    <w:rsid w:val="004858F3"/>
    <w:rsid w:val="00495DAF"/>
    <w:rsid w:val="00512007"/>
    <w:rsid w:val="005A09C9"/>
    <w:rsid w:val="005D77D8"/>
    <w:rsid w:val="00664CF4"/>
    <w:rsid w:val="0069383A"/>
    <w:rsid w:val="006E798F"/>
    <w:rsid w:val="00753775"/>
    <w:rsid w:val="0080704A"/>
    <w:rsid w:val="00815C15"/>
    <w:rsid w:val="008700ED"/>
    <w:rsid w:val="008A6CFE"/>
    <w:rsid w:val="009710E2"/>
    <w:rsid w:val="009759F7"/>
    <w:rsid w:val="009806ED"/>
    <w:rsid w:val="00986FE4"/>
    <w:rsid w:val="0098754F"/>
    <w:rsid w:val="009D65A2"/>
    <w:rsid w:val="009E7EF0"/>
    <w:rsid w:val="00AA1D8D"/>
    <w:rsid w:val="00AC7C5F"/>
    <w:rsid w:val="00AF42F6"/>
    <w:rsid w:val="00B127E8"/>
    <w:rsid w:val="00B47730"/>
    <w:rsid w:val="00B61E33"/>
    <w:rsid w:val="00B86F1A"/>
    <w:rsid w:val="00BA68AC"/>
    <w:rsid w:val="00C15629"/>
    <w:rsid w:val="00CB0664"/>
    <w:rsid w:val="00CD629D"/>
    <w:rsid w:val="00CE4FAF"/>
    <w:rsid w:val="00CF1B2C"/>
    <w:rsid w:val="00D217DD"/>
    <w:rsid w:val="00D669C8"/>
    <w:rsid w:val="00D730B5"/>
    <w:rsid w:val="00D77B46"/>
    <w:rsid w:val="00D85A11"/>
    <w:rsid w:val="00E0138D"/>
    <w:rsid w:val="00F417E2"/>
    <w:rsid w:val="00FA743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FEB182"/>
  <w14:defaultImageDpi w14:val="300"/>
  <w15:docId w15:val="{26A8551B-C8FC-4E9F-B3EA-7788CE0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4858F3"/>
    <w:rPr>
      <w:color w:val="0000FF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4858F3"/>
    <w:rPr>
      <w:color w:val="605E5C"/>
      <w:shd w:val="clear" w:color="auto" w:fill="E1DFDD"/>
    </w:rPr>
  </w:style>
  <w:style w:type="character" w:styleId="aff9">
    <w:name w:val="FollowedHyperlink"/>
    <w:basedOn w:val="a2"/>
    <w:uiPriority w:val="99"/>
    <w:semiHidden/>
    <w:unhideWhenUsed/>
    <w:rsid w:val="004858F3"/>
    <w:rPr>
      <w:color w:val="800080" w:themeColor="followedHyperlink"/>
      <w:u w:val="single"/>
    </w:rPr>
  </w:style>
  <w:style w:type="paragraph" w:styleId="affa">
    <w:name w:val="Balloon Text"/>
    <w:basedOn w:val="a1"/>
    <w:link w:val="affb"/>
    <w:uiPriority w:val="99"/>
    <w:semiHidden/>
    <w:unhideWhenUsed/>
    <w:rsid w:val="00986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b">
    <w:name w:val="Текст выноски Знак"/>
    <w:basedOn w:val="a2"/>
    <w:link w:val="affa"/>
    <w:uiPriority w:val="99"/>
    <w:semiHidden/>
    <w:rsid w:val="00986F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3E817C-2B4D-4E43-BD46-3FE13394A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3707</Words>
  <Characters>21132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24790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Учетная запись Майкрософт</cp:lastModifiedBy>
  <cp:revision>3</cp:revision>
  <cp:lastPrinted>2022-09-06T11:43:00Z</cp:lastPrinted>
  <dcterms:created xsi:type="dcterms:W3CDTF">2022-09-06T11:43:00Z</dcterms:created>
  <dcterms:modified xsi:type="dcterms:W3CDTF">2022-09-06T12:33:00Z</dcterms:modified>
  <cp:category/>
</cp:coreProperties>
</file>